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4EB2" w:rsidR="005A2B70" w:rsidP="00132D96" w:rsidRDefault="00132D96" w14:paraId="322EADBD" w14:textId="62114E53">
      <w:pPr>
        <w:pStyle w:val="Ttulo1"/>
        <w:spacing w:before="0"/>
        <w:jc w:val="center"/>
        <w:rPr>
          <w:rFonts w:ascii="Arial Nova" w:hAnsi="Arial Nova" w:eastAsia="Arial Nova" w:cs="Arial Nova"/>
          <w:color w:val="auto"/>
          <w:sz w:val="22"/>
          <w:szCs w:val="22"/>
          <w:lang w:val="es-CL"/>
        </w:rPr>
      </w:pPr>
      <w:r w:rsidRPr="1C90128E" w:rsidR="00C51DFB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>A</w:t>
      </w:r>
      <w:r w:rsidRPr="1C90128E" w:rsidR="00D93C53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>SENTIMIENTO PARA</w:t>
      </w:r>
      <w:r w:rsidRPr="1C90128E" w:rsidR="00132D96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 NIÑOS/NIÑAS/ADOLESCENTES</w:t>
      </w:r>
      <w:r w:rsidRPr="1C90128E" w:rsidR="00549DF5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 </w:t>
      </w:r>
      <w:r w:rsidRPr="1C90128E" w:rsidR="00132D96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>ENTRE 7 Y 17 AÑOS</w:t>
      </w:r>
    </w:p>
    <w:p w:rsidRPr="00274EB2" w:rsidR="00D93C53" w:rsidP="00132D96" w:rsidRDefault="006436AF" w14:paraId="56693836" w14:textId="49551459">
      <w:pPr>
        <w:pStyle w:val="Ttulo1"/>
        <w:spacing w:before="0"/>
        <w:jc w:val="center"/>
        <w:rPr>
          <w:rFonts w:ascii="Arial Nova" w:hAnsi="Arial Nova" w:eastAsia="Arial Nova" w:cs="Arial Nova"/>
          <w:color w:val="auto"/>
          <w:sz w:val="22"/>
          <w:szCs w:val="22"/>
          <w:lang w:val="es-CL"/>
        </w:rPr>
      </w:pPr>
      <w:r w:rsidRPr="4F075B8B" w:rsidR="006436AF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EN LA </w:t>
      </w:r>
      <w:r w:rsidRPr="4F075B8B" w:rsidR="00D93C53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>DI</w:t>
      </w:r>
      <w:r w:rsidRPr="4F075B8B" w:rsidR="375D33DC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>FUSIÓN</w:t>
      </w:r>
      <w:r w:rsidRPr="4F075B8B" w:rsidR="000C4955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 </w:t>
      </w:r>
      <w:r w:rsidRPr="4F075B8B" w:rsidR="00D93C53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DE </w:t>
      </w:r>
      <w:r w:rsidRPr="4F075B8B" w:rsidR="14B91CEC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REPORTE </w:t>
      </w:r>
      <w:r w:rsidRPr="4F075B8B" w:rsidR="2B3B4F9A">
        <w:rPr>
          <w:rFonts w:ascii="Arial Nova" w:hAnsi="Arial Nova" w:eastAsia="Arial Nova" w:cs="Arial Nova"/>
          <w:color w:val="auto"/>
          <w:sz w:val="22"/>
          <w:szCs w:val="22"/>
          <w:lang w:val="es-CL"/>
        </w:rPr>
        <w:t xml:space="preserve">DE CASO </w:t>
      </w:r>
    </w:p>
    <w:p w:rsidR="051C7252" w:rsidP="051C7252" w:rsidRDefault="051C7252" w14:paraId="3769EF26" w14:textId="59D5DEE8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="00875243" w:rsidP="002F059B" w:rsidRDefault="002F059B" w14:paraId="0E034C3A" w14:textId="3C04634C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  <w:r w:rsidRPr="1C90128E" w:rsidR="4A2EB687">
        <w:rPr>
          <w:rFonts w:ascii="Arial Nova" w:hAnsi="Arial Nova" w:eastAsia="Arial Nova" w:cs="Arial Nova"/>
          <w:lang w:val="es-CL"/>
        </w:rPr>
        <w:t>Queremos invitarte a participa</w:t>
      </w:r>
      <w:r w:rsidRPr="1C90128E" w:rsidR="18EE34EA">
        <w:rPr>
          <w:rFonts w:ascii="Arial Nova" w:hAnsi="Arial Nova" w:eastAsia="Arial Nova" w:cs="Arial Nova"/>
          <w:lang w:val="es-CL"/>
        </w:rPr>
        <w:t>r</w:t>
      </w:r>
      <w:r w:rsidRPr="1C90128E" w:rsidR="4A2EB687">
        <w:rPr>
          <w:rFonts w:ascii="Arial Nova" w:hAnsi="Arial Nova" w:eastAsia="Arial Nova" w:cs="Arial Nova"/>
          <w:lang w:val="es-CL"/>
        </w:rPr>
        <w:t xml:space="preserve"> </w:t>
      </w:r>
      <w:r w:rsidRPr="1C90128E" w:rsidR="38BF115F">
        <w:rPr>
          <w:rFonts w:ascii="Arial Nova" w:hAnsi="Arial Nova" w:eastAsia="Arial Nova" w:cs="Arial Nova"/>
          <w:lang w:val="es-CL"/>
        </w:rPr>
        <w:t xml:space="preserve">y así poder </w:t>
      </w:r>
      <w:r w:rsidRPr="1C90128E" w:rsidR="4A2EB687">
        <w:rPr>
          <w:rFonts w:ascii="Arial Nova" w:hAnsi="Arial Nova" w:eastAsia="Arial Nova" w:cs="Arial Nova"/>
          <w:lang w:val="es-CL"/>
        </w:rPr>
        <w:t xml:space="preserve">contar y mostrar información sobre tu </w:t>
      </w:r>
      <w:r w:rsidRPr="1C90128E" w:rsidR="38BF115F">
        <w:rPr>
          <w:rFonts w:ascii="Arial Nova" w:hAnsi="Arial Nova" w:eastAsia="Arial Nova" w:cs="Arial Nova"/>
          <w:lang w:val="es-CL"/>
        </w:rPr>
        <w:t xml:space="preserve">salud </w:t>
      </w:r>
      <w:r w:rsidRPr="1C90128E" w:rsidR="2BE69083">
        <w:rPr>
          <w:rFonts w:ascii="Arial Nova" w:hAnsi="Arial Nova" w:eastAsia="Arial Nova" w:cs="Arial Nova"/>
          <w:lang w:val="es-CL"/>
        </w:rPr>
        <w:t xml:space="preserve">y tratamiento </w:t>
      </w:r>
      <w:r w:rsidRPr="1C90128E" w:rsidR="4A2EB687">
        <w:rPr>
          <w:rFonts w:ascii="Arial Nova" w:hAnsi="Arial Nova" w:eastAsia="Arial Nova" w:cs="Arial Nova"/>
          <w:lang w:val="es-CL"/>
        </w:rPr>
        <w:t xml:space="preserve">en </w:t>
      </w:r>
      <w:r w:rsidRPr="1C90128E" w:rsidR="27849315">
        <w:rPr>
          <w:rFonts w:ascii="Arial Nova" w:hAnsi="Arial Nova" w:eastAsia="Arial Nova" w:cs="Arial Nova"/>
          <w:lang w:val="es-CL"/>
        </w:rPr>
        <w:t xml:space="preserve">algunas </w:t>
      </w:r>
      <w:r w:rsidRPr="1C90128E" w:rsidR="4A2EB687">
        <w:rPr>
          <w:rFonts w:ascii="Arial Nova" w:hAnsi="Arial Nova" w:eastAsia="Arial Nova" w:cs="Arial Nova"/>
          <w:lang w:val="es-CL"/>
        </w:rPr>
        <w:t>actividades, como clases o reuniones de profesionales de la salud</w:t>
      </w:r>
      <w:r w:rsidRPr="1C90128E" w:rsidR="7DE53B68">
        <w:rPr>
          <w:rFonts w:ascii="Arial Nova" w:hAnsi="Arial Nova" w:eastAsia="Arial Nova" w:cs="Arial Nova"/>
          <w:lang w:val="es-CL"/>
        </w:rPr>
        <w:t>,</w:t>
      </w:r>
      <w:r w:rsidRPr="1C90128E" w:rsidR="7DE53B68">
        <w:rPr>
          <w:rFonts w:ascii="Arial Nova" w:hAnsi="Arial Nova" w:eastAsia="Arial Nova" w:cs="Arial Nova"/>
          <w:lang w:val="es-CL"/>
        </w:rPr>
        <w:t xml:space="preserve"> publ</w:t>
      </w:r>
      <w:r w:rsidRPr="1C90128E" w:rsidR="7DE53B68">
        <w:rPr>
          <w:rFonts w:ascii="Arial Nova" w:hAnsi="Arial Nova" w:eastAsia="Arial Nova" w:cs="Arial Nova"/>
          <w:lang w:val="es-CL"/>
        </w:rPr>
        <w:t xml:space="preserve">icación </w:t>
      </w:r>
      <w:r w:rsidRPr="1C90128E" w:rsidR="4C99B3CA">
        <w:rPr>
          <w:rFonts w:ascii="Arial Nova" w:hAnsi="Arial Nova" w:eastAsia="Arial Nova" w:cs="Arial Nova"/>
          <w:lang w:val="es-CL"/>
        </w:rPr>
        <w:t>o presentarlo en un congreso académico</w:t>
      </w:r>
      <w:r w:rsidRPr="1C90128E" w:rsidR="4A2EB687">
        <w:rPr>
          <w:rFonts w:ascii="Arial Nova" w:hAnsi="Arial Nova" w:eastAsia="Arial Nova" w:cs="Arial Nova"/>
          <w:lang w:val="es-CL"/>
        </w:rPr>
        <w:t>.</w:t>
      </w:r>
      <w:r w:rsidRPr="1C90128E" w:rsidR="27849315">
        <w:rPr>
          <w:rFonts w:ascii="Arial Nova" w:hAnsi="Arial Nova" w:eastAsia="Arial Nova" w:cs="Arial Nova"/>
          <w:lang w:val="es-CL"/>
        </w:rPr>
        <w:t xml:space="preserve"> </w:t>
      </w:r>
    </w:p>
    <w:p w:rsidR="00875243" w:rsidP="002F059B" w:rsidRDefault="00875243" w14:paraId="412FDB04" w14:textId="77777777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Pr="006436AF" w:rsidR="002F059B" w:rsidP="002F059B" w:rsidRDefault="002F059B" w14:paraId="4EDD5397" w14:textId="63F2030A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  <w:r w:rsidRPr="006436AF">
        <w:rPr>
          <w:rFonts w:ascii="Arial Nova" w:hAnsi="Arial Nova" w:eastAsia="Arial Nova" w:cs="Arial Nova"/>
          <w:lang w:val="es-CL"/>
        </w:rPr>
        <w:t>Tu caso es especial</w:t>
      </w:r>
      <w:r w:rsidR="00875243">
        <w:rPr>
          <w:rFonts w:ascii="Arial Nova" w:hAnsi="Arial Nova" w:eastAsia="Arial Nova" w:cs="Arial Nova"/>
          <w:lang w:val="es-CL"/>
        </w:rPr>
        <w:t>,</w:t>
      </w:r>
      <w:r w:rsidRPr="006436AF">
        <w:rPr>
          <w:rFonts w:ascii="Arial Nova" w:hAnsi="Arial Nova" w:eastAsia="Arial Nova" w:cs="Arial Nova"/>
          <w:lang w:val="es-CL"/>
        </w:rPr>
        <w:t xml:space="preserve"> porque puede ayudar a que otras personas aprendan más sobre situaciones de salud como la tuya. Así, los profesionales podrán seguir aprendiendo y mejorando la atención de otros niños</w:t>
      </w:r>
      <w:r w:rsidRPr="006436AF" w:rsidR="00696141">
        <w:rPr>
          <w:rFonts w:ascii="Arial Nova" w:hAnsi="Arial Nova" w:eastAsia="Arial Nova" w:cs="Arial Nova"/>
          <w:lang w:val="es-CL"/>
        </w:rPr>
        <w:t xml:space="preserve">, </w:t>
      </w:r>
      <w:r w:rsidRPr="006436AF">
        <w:rPr>
          <w:rFonts w:ascii="Arial Nova" w:hAnsi="Arial Nova" w:eastAsia="Arial Nova" w:cs="Arial Nova"/>
          <w:lang w:val="es-CL"/>
        </w:rPr>
        <w:t>niñas</w:t>
      </w:r>
      <w:r w:rsidRPr="006436AF" w:rsidR="00696141">
        <w:rPr>
          <w:rFonts w:ascii="Arial Nova" w:hAnsi="Arial Nova" w:eastAsia="Arial Nova" w:cs="Arial Nova"/>
          <w:lang w:val="es-CL"/>
        </w:rPr>
        <w:t xml:space="preserve"> y adolescentes</w:t>
      </w:r>
      <w:r w:rsidRPr="006436AF">
        <w:rPr>
          <w:rFonts w:ascii="Arial Nova" w:hAnsi="Arial Nova" w:eastAsia="Arial Nova" w:cs="Arial Nova"/>
          <w:lang w:val="es-CL"/>
        </w:rPr>
        <w:t>.</w:t>
      </w:r>
    </w:p>
    <w:p w:rsidRPr="006436AF" w:rsidR="009A648E" w:rsidP="051C7252" w:rsidRDefault="009A648E" w14:paraId="53418876" w14:textId="77777777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Pr="006436AF" w:rsidR="009401AE" w:rsidP="009401AE" w:rsidRDefault="009A648E" w14:paraId="22FA7B9E" w14:textId="59081F5F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  <w:r w:rsidRPr="21DD211B" w:rsidR="0BF724CB">
        <w:rPr>
          <w:rFonts w:ascii="Arial Nova" w:hAnsi="Arial Nova" w:eastAsia="Arial Nova" w:cs="Arial Nova"/>
          <w:lang w:val="es-CL"/>
        </w:rPr>
        <w:t xml:space="preserve">La información se presentará de forma </w:t>
      </w:r>
      <w:r w:rsidRPr="21DD211B" w:rsidR="5C2F2642">
        <w:rPr>
          <w:rFonts w:ascii="Arial Nova" w:hAnsi="Arial Nova" w:eastAsia="Arial Nova" w:cs="Arial Nova"/>
          <w:lang w:val="es-CL"/>
        </w:rPr>
        <w:t>secreta (</w:t>
      </w:r>
      <w:r w:rsidRPr="21DD211B" w:rsidR="324F37EB">
        <w:rPr>
          <w:rFonts w:ascii="Arial Nova" w:hAnsi="Arial Nova" w:eastAsia="Arial Nova" w:cs="Arial Nova"/>
          <w:lang w:val="es-CL"/>
        </w:rPr>
        <w:t>anónima</w:t>
      </w:r>
      <w:r w:rsidRPr="21DD211B" w:rsidR="5C2F2642">
        <w:rPr>
          <w:rFonts w:ascii="Arial Nova" w:hAnsi="Arial Nova" w:eastAsia="Arial Nova" w:cs="Arial Nova"/>
          <w:lang w:val="es-CL"/>
        </w:rPr>
        <w:t>)</w:t>
      </w:r>
      <w:r w:rsidRPr="21DD211B" w:rsidR="324F37EB">
        <w:rPr>
          <w:rFonts w:ascii="Arial Nova" w:hAnsi="Arial Nova" w:eastAsia="Arial Nova" w:cs="Arial Nova"/>
          <w:lang w:val="es-CL"/>
        </w:rPr>
        <w:t xml:space="preserve"> para evitar la posibilidad de que</w:t>
      </w:r>
      <w:r w:rsidRPr="21DD211B" w:rsidR="0BF724CB">
        <w:rPr>
          <w:rFonts w:ascii="Arial Nova" w:hAnsi="Arial Nova" w:eastAsia="Arial Nova" w:cs="Arial Nova"/>
          <w:lang w:val="es-CL"/>
        </w:rPr>
        <w:t xml:space="preserve"> sea</w:t>
      </w:r>
      <w:r w:rsidRPr="21DD211B" w:rsidR="0118E82C">
        <w:rPr>
          <w:rFonts w:ascii="Arial Nova" w:hAnsi="Arial Nova" w:eastAsia="Arial Nova" w:cs="Arial Nova"/>
          <w:lang w:val="es-CL"/>
        </w:rPr>
        <w:t>s</w:t>
      </w:r>
      <w:r w:rsidRPr="21DD211B" w:rsidR="324F37EB">
        <w:rPr>
          <w:rFonts w:ascii="Arial Nova" w:hAnsi="Arial Nova" w:eastAsia="Arial Nova" w:cs="Arial Nova"/>
          <w:lang w:val="es-CL"/>
        </w:rPr>
        <w:t xml:space="preserve"> identificado/a. </w:t>
      </w:r>
      <w:r w:rsidRPr="21DD211B" w:rsidR="5C2F2642">
        <w:rPr>
          <w:rFonts w:ascii="Arial Nova" w:hAnsi="Arial Nova" w:eastAsia="Arial Nova" w:cs="Arial Nova"/>
          <w:lang w:val="es-CL"/>
        </w:rPr>
        <w:t>Tu participación se mantendrá en secreto</w:t>
      </w:r>
      <w:r w:rsidRPr="21DD211B" w:rsidR="639C5405">
        <w:rPr>
          <w:rFonts w:ascii="Arial Nova" w:hAnsi="Arial Nova" w:eastAsia="Arial Nova" w:cs="Arial Nova"/>
          <w:lang w:val="es-CL"/>
        </w:rPr>
        <w:t xml:space="preserve"> (anónima)</w:t>
      </w:r>
      <w:r w:rsidRPr="21DD211B" w:rsidR="5C2F2642">
        <w:rPr>
          <w:rFonts w:ascii="Arial Nova" w:hAnsi="Arial Nova" w:eastAsia="Arial Nova" w:cs="Arial Nova"/>
          <w:lang w:val="es-CL"/>
        </w:rPr>
        <w:t>, y toda la información</w:t>
      </w:r>
      <w:r w:rsidRPr="21DD211B" w:rsidR="463CD7E9">
        <w:rPr>
          <w:rFonts w:ascii="Arial Nova" w:hAnsi="Arial Nova" w:eastAsia="Arial Nova" w:cs="Arial Nova"/>
          <w:lang w:val="es-CL"/>
        </w:rPr>
        <w:t xml:space="preserve"> de salud</w:t>
      </w:r>
      <w:r w:rsidRPr="21DD211B" w:rsidR="4810BA5A">
        <w:rPr>
          <w:rFonts w:ascii="Arial Nova" w:hAnsi="Arial Nova" w:eastAsia="Arial Nova" w:cs="Arial Nova"/>
          <w:lang w:val="es-CL"/>
        </w:rPr>
        <w:t xml:space="preserve">, </w:t>
      </w:r>
      <w:r w:rsidRPr="21DD211B" w:rsidR="5C2F2642">
        <w:rPr>
          <w:rFonts w:ascii="Arial Nova" w:hAnsi="Arial Nova" w:eastAsia="Arial Nova" w:cs="Arial Nova"/>
          <w:lang w:val="es-CL"/>
        </w:rPr>
        <w:t>muestras</w:t>
      </w:r>
      <w:r w:rsidRPr="21DD211B" w:rsidR="4810BA5A">
        <w:rPr>
          <w:rFonts w:ascii="Arial Nova" w:hAnsi="Arial Nova" w:eastAsia="Arial Nova" w:cs="Arial Nova"/>
          <w:lang w:val="es-CL"/>
        </w:rPr>
        <w:t xml:space="preserve"> o imágenes</w:t>
      </w:r>
      <w:r w:rsidRPr="21DD211B" w:rsidR="5C2F2642">
        <w:rPr>
          <w:rFonts w:ascii="Arial Nova" w:hAnsi="Arial Nova" w:eastAsia="Arial Nova" w:cs="Arial Nova"/>
          <w:lang w:val="es-CL"/>
        </w:rPr>
        <w:t xml:space="preserve"> se </w:t>
      </w:r>
      <w:r w:rsidRPr="21DD211B" w:rsidR="54E176E7">
        <w:rPr>
          <w:rFonts w:ascii="Arial Nova" w:hAnsi="Arial Nova" w:eastAsia="Arial Nova" w:cs="Arial Nova"/>
          <w:lang w:val="es-CL"/>
        </w:rPr>
        <w:t>usarán</w:t>
      </w:r>
      <w:r w:rsidRPr="21DD211B" w:rsidR="5C2F2642">
        <w:rPr>
          <w:rFonts w:ascii="Arial Nova" w:hAnsi="Arial Nova" w:eastAsia="Arial Nova" w:cs="Arial Nova"/>
          <w:lang w:val="es-CL"/>
        </w:rPr>
        <w:t xml:space="preserve"> sólo para los que te estamos contando.</w:t>
      </w:r>
    </w:p>
    <w:p w:rsidRPr="006436AF" w:rsidR="051C7252" w:rsidP="051C7252" w:rsidRDefault="051C7252" w14:paraId="7156A8CC" w14:textId="5596C567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Pr="00131A95" w:rsidR="276DBBDB" w:rsidP="051C7252" w:rsidRDefault="0000208B" w14:paraId="2A40B01B" w14:textId="6090A521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  <w:r w:rsidRPr="6AE3A617" w:rsidR="0000208B">
        <w:rPr>
          <w:rFonts w:ascii="Arial Nova" w:hAnsi="Arial Nova" w:eastAsia="Arial Nova" w:cs="Arial Nova"/>
          <w:lang w:val="es-CL"/>
        </w:rPr>
        <w:t xml:space="preserve">No existen beneficios directos para </w:t>
      </w:r>
      <w:r w:rsidRPr="6AE3A617" w:rsidR="00274EB2">
        <w:rPr>
          <w:rFonts w:ascii="Arial Nova" w:hAnsi="Arial Nova" w:eastAsia="Arial Nova" w:cs="Arial Nova"/>
          <w:lang w:val="es-CL"/>
        </w:rPr>
        <w:t>ti</w:t>
      </w:r>
      <w:r w:rsidRPr="6AE3A617" w:rsidR="00BDE074">
        <w:rPr>
          <w:rFonts w:ascii="Arial Nova" w:hAnsi="Arial Nova" w:eastAsia="Arial Nova" w:cs="Arial Nova"/>
          <w:lang w:val="es-CL"/>
        </w:rPr>
        <w:t xml:space="preserve">. Sin embargo, </w:t>
      </w:r>
      <w:r w:rsidRPr="6AE3A617" w:rsidR="233AEAAC">
        <w:rPr>
          <w:rFonts w:ascii="Arial Nova" w:hAnsi="Arial Nova" w:eastAsia="Arial Nova" w:cs="Arial Nova"/>
          <w:lang w:val="es-CL"/>
        </w:rPr>
        <w:t>con esta</w:t>
      </w:r>
      <w:r w:rsidRPr="6AE3A617" w:rsidR="00BDE074">
        <w:rPr>
          <w:rFonts w:ascii="Arial Nova" w:hAnsi="Arial Nova" w:eastAsia="Arial Nova" w:cs="Arial Nova"/>
          <w:lang w:val="es-CL"/>
        </w:rPr>
        <w:t xml:space="preserve"> </w:t>
      </w:r>
      <w:r w:rsidRPr="6AE3A617" w:rsidR="233AEAAC">
        <w:rPr>
          <w:rFonts w:ascii="Arial Nova" w:hAnsi="Arial Nova" w:eastAsia="Arial Nova" w:cs="Arial Nova"/>
          <w:lang w:val="es-CL"/>
        </w:rPr>
        <w:t xml:space="preserve">información </w:t>
      </w:r>
      <w:r w:rsidRPr="6AE3A617" w:rsidR="233AEAAC">
        <w:rPr>
          <w:rFonts w:ascii="Arial Nova" w:hAnsi="Arial Nova" w:eastAsia="Arial Nova" w:cs="Arial Nova"/>
          <w:lang w:val="es-CL"/>
        </w:rPr>
        <w:t>podemos</w:t>
      </w:r>
      <w:r w:rsidRPr="6AE3A617" w:rsidR="233AEAAC">
        <w:rPr>
          <w:rFonts w:ascii="Arial Nova" w:hAnsi="Arial Nova" w:eastAsia="Arial Nova" w:cs="Arial Nova"/>
          <w:lang w:val="es-CL"/>
        </w:rPr>
        <w:t xml:space="preserve"> </w:t>
      </w:r>
      <w:r w:rsidRPr="6AE3A617" w:rsidR="00BDE074">
        <w:rPr>
          <w:rFonts w:ascii="Arial Nova" w:hAnsi="Arial Nova" w:eastAsia="Arial Nova" w:cs="Arial Nova"/>
          <w:lang w:val="es-CL"/>
        </w:rPr>
        <w:t xml:space="preserve">contribuir a aumentar el conocimiento, </w:t>
      </w:r>
      <w:r w:rsidRPr="6AE3A617" w:rsidR="007641CB">
        <w:rPr>
          <w:rFonts w:ascii="Arial Nova" w:hAnsi="Arial Nova" w:eastAsia="Arial Nova" w:cs="Arial Nova"/>
          <w:lang w:val="es-CL"/>
        </w:rPr>
        <w:t>enseñar</w:t>
      </w:r>
      <w:r w:rsidRPr="6AE3A617" w:rsidR="00BDE074">
        <w:rPr>
          <w:rFonts w:ascii="Arial Nova" w:hAnsi="Arial Nova" w:eastAsia="Arial Nova" w:cs="Arial Nova"/>
          <w:lang w:val="es-CL"/>
        </w:rPr>
        <w:t xml:space="preserve"> a otros profesionales y </w:t>
      </w:r>
      <w:r w:rsidRPr="6AE3A617" w:rsidR="1ED53996">
        <w:rPr>
          <w:rFonts w:ascii="Arial Nova" w:hAnsi="Arial Nova" w:eastAsia="Arial Nova" w:cs="Arial Nova"/>
          <w:lang w:val="es-CL"/>
        </w:rPr>
        <w:t xml:space="preserve">con ello </w:t>
      </w:r>
      <w:r w:rsidRPr="6AE3A617" w:rsidR="00BDE074">
        <w:rPr>
          <w:rFonts w:ascii="Arial Nova" w:hAnsi="Arial Nova" w:eastAsia="Arial Nova" w:cs="Arial Nova"/>
          <w:lang w:val="es-CL"/>
        </w:rPr>
        <w:t xml:space="preserve">a mejorar la atención de salud para </w:t>
      </w:r>
      <w:r w:rsidRPr="6AE3A617" w:rsidR="00EE5A74">
        <w:rPr>
          <w:rFonts w:ascii="Arial Nova" w:hAnsi="Arial Nova" w:eastAsia="Arial Nova" w:cs="Arial Nova"/>
          <w:lang w:val="es-CL"/>
        </w:rPr>
        <w:t>otros niños, niñas y adolescentes</w:t>
      </w:r>
      <w:r w:rsidRPr="6AE3A617" w:rsidR="00EE5A74">
        <w:rPr>
          <w:rFonts w:ascii="Arial Nova" w:hAnsi="Arial Nova" w:eastAsia="Arial Nova" w:cs="Arial Nova"/>
          <w:lang w:val="es-CL"/>
        </w:rPr>
        <w:t xml:space="preserve"> </w:t>
      </w:r>
      <w:r w:rsidRPr="6AE3A617" w:rsidR="00BDE074">
        <w:rPr>
          <w:rFonts w:ascii="Arial Nova" w:hAnsi="Arial Nova" w:eastAsia="Arial Nova" w:cs="Arial Nova"/>
          <w:lang w:val="es-CL"/>
        </w:rPr>
        <w:t>que presenten un caso similar al suyo.</w:t>
      </w:r>
      <w:r w:rsidRPr="6AE3A617" w:rsidR="00B1589A">
        <w:rPr>
          <w:rFonts w:ascii="Arial Nova" w:hAnsi="Arial Nova" w:eastAsia="Arial Nova" w:cs="Arial Nova"/>
          <w:lang w:val="es-CL"/>
        </w:rPr>
        <w:t xml:space="preserve"> De existir algún tipo de</w:t>
      </w:r>
      <w:r w:rsidRPr="6AE3A617" w:rsidR="0BA7ACC9">
        <w:rPr>
          <w:rFonts w:ascii="Arial Nova" w:hAnsi="Arial Nova" w:eastAsia="Arial Nova" w:cs="Arial Nova"/>
          <w:lang w:val="es-CL"/>
        </w:rPr>
        <w:t xml:space="preserve"> riesgo </w:t>
      </w:r>
      <w:r w:rsidRPr="6AE3A617" w:rsidR="07997C4B">
        <w:rPr>
          <w:rFonts w:ascii="Arial Nova" w:hAnsi="Arial Nova" w:eastAsia="Arial Nova" w:cs="Arial Nova"/>
          <w:lang w:val="es-CL"/>
        </w:rPr>
        <w:t>de participar</w:t>
      </w:r>
      <w:r w:rsidRPr="6AE3A617" w:rsidR="00B1589A">
        <w:rPr>
          <w:rFonts w:ascii="Times New Roman" w:hAnsi="Times New Roman" w:eastAsia="Cambria" w:cs="Times New Roman" w:eastAsiaTheme="minorAscii"/>
          <w:lang w:val="es-CL"/>
        </w:rPr>
        <w:t xml:space="preserve">, </w:t>
      </w:r>
      <w:r w:rsidRPr="6AE3A617" w:rsidR="00B1589A">
        <w:rPr>
          <w:rFonts w:ascii="Arial Nova" w:hAnsi="Arial Nova" w:eastAsia="Arial Nova" w:cs="Arial Nova"/>
          <w:lang w:val="es-CL"/>
        </w:rPr>
        <w:t>e</w:t>
      </w:r>
      <w:r w:rsidRPr="6AE3A617" w:rsidR="00B1589A">
        <w:rPr>
          <w:rFonts w:ascii="Arial Nova" w:hAnsi="Arial Nova" w:eastAsia="Arial Nova" w:cs="Arial Nova"/>
          <w:lang w:val="es-CL"/>
        </w:rPr>
        <w:t>stos</w:t>
      </w:r>
      <w:r w:rsidRPr="6AE3A617" w:rsidR="00B1589A">
        <w:rPr>
          <w:rFonts w:ascii="Arial Nova" w:hAnsi="Arial Nova" w:eastAsia="Arial Nova" w:cs="Arial Nova"/>
          <w:lang w:val="es-CL"/>
        </w:rPr>
        <w:t xml:space="preserve"> han sido explicados a tus padres</w:t>
      </w:r>
      <w:r w:rsidRPr="6AE3A617" w:rsidR="00B1589A">
        <w:rPr>
          <w:rFonts w:ascii="Arial Nova" w:hAnsi="Arial Nova" w:eastAsia="Arial Nova" w:cs="Arial Nova"/>
          <w:lang w:val="es-CL"/>
        </w:rPr>
        <w:t xml:space="preserve"> o </w:t>
      </w:r>
      <w:r w:rsidRPr="6AE3A617" w:rsidR="00B1589A">
        <w:rPr>
          <w:rFonts w:ascii="Arial Nova" w:hAnsi="Arial Nova" w:eastAsia="Arial Nova" w:cs="Arial Nova"/>
          <w:lang w:val="es-CL"/>
        </w:rPr>
        <w:t>quien te acompaña</w:t>
      </w:r>
      <w:r w:rsidRPr="6AE3A617" w:rsidR="00B1589A">
        <w:rPr>
          <w:rFonts w:ascii="Arial Nova" w:hAnsi="Arial Nova" w:eastAsia="Arial Nova" w:cs="Arial Nova"/>
          <w:lang w:val="es-CL"/>
        </w:rPr>
        <w:t>.</w:t>
      </w:r>
      <w:r w:rsidRPr="6AE3A617" w:rsidR="00131A95">
        <w:rPr>
          <w:rFonts w:ascii="Arial Nova" w:hAnsi="Arial Nova" w:eastAsia="Arial Nova" w:cs="Arial Nova"/>
          <w:lang w:val="es-CL"/>
        </w:rPr>
        <w:t xml:space="preserve"> </w:t>
      </w:r>
      <w:r w:rsidRPr="6AE3A617" w:rsidR="006B1655">
        <w:rPr>
          <w:rFonts w:ascii="Arial Nova" w:hAnsi="Arial Nova" w:eastAsia="Arial Nova" w:cs="Arial Nova"/>
          <w:lang w:val="es-CL"/>
        </w:rPr>
        <w:t xml:space="preserve">Participar </w:t>
      </w:r>
      <w:r w:rsidRPr="6AE3A617" w:rsidR="03C38885">
        <w:rPr>
          <w:rFonts w:ascii="Arial Nova" w:hAnsi="Arial Nova" w:eastAsia="Arial Nova" w:cs="Arial Nova"/>
          <w:lang w:val="es-CL"/>
        </w:rPr>
        <w:t xml:space="preserve">no implica ningún </w:t>
      </w:r>
      <w:r w:rsidRPr="6AE3A617" w:rsidR="006B1655">
        <w:rPr>
          <w:rFonts w:ascii="Arial Nova" w:hAnsi="Arial Nova" w:eastAsia="Arial Nova" w:cs="Arial Nova"/>
          <w:lang w:val="es-CL"/>
        </w:rPr>
        <w:t>costo en dinero</w:t>
      </w:r>
      <w:r w:rsidRPr="6AE3A617" w:rsidR="007E23AD">
        <w:rPr>
          <w:rFonts w:ascii="Arial Nova" w:hAnsi="Arial Nova" w:eastAsia="Arial Nova" w:cs="Arial Nova"/>
          <w:lang w:val="es-CL"/>
        </w:rPr>
        <w:t xml:space="preserve">. </w:t>
      </w:r>
    </w:p>
    <w:p w:rsidRPr="006436AF" w:rsidR="051C7252" w:rsidP="051C7252" w:rsidRDefault="051C7252" w14:paraId="7CA5A3DE" w14:textId="5EC0C892">
      <w:pPr>
        <w:spacing w:after="0" w:line="240" w:lineRule="auto"/>
        <w:jc w:val="both"/>
        <w:rPr>
          <w:rFonts w:ascii="Arial Nova" w:hAnsi="Arial Nova" w:eastAsia="Arial Nova" w:cs="Arial Nova"/>
          <w:b/>
          <w:bCs/>
          <w:lang w:val="es-CL"/>
        </w:rPr>
      </w:pPr>
    </w:p>
    <w:p w:rsidRPr="006436AF" w:rsidR="00CE1272" w:rsidP="00CE1272" w:rsidRDefault="00974A35" w14:paraId="27358A44" w14:textId="39914CE2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  <w:r w:rsidRPr="6AE3A617" w:rsidR="00974A35">
        <w:rPr>
          <w:rFonts w:ascii="Arial Nova" w:hAnsi="Arial Nova" w:eastAsia="Arial Nova" w:cs="Arial Nova"/>
          <w:lang w:val="es-CL"/>
        </w:rPr>
        <w:t>Tu</w:t>
      </w:r>
      <w:r w:rsidRPr="6AE3A617" w:rsidR="6C2F6E6A">
        <w:rPr>
          <w:rFonts w:ascii="Arial Nova" w:hAnsi="Arial Nova" w:eastAsia="Arial Nova" w:cs="Arial Nova"/>
          <w:lang w:val="es-CL"/>
        </w:rPr>
        <w:t xml:space="preserve"> decisión de participar </w:t>
      </w:r>
      <w:r w:rsidRPr="6AE3A617" w:rsidR="00974A35">
        <w:rPr>
          <w:rFonts w:ascii="Arial Nova" w:hAnsi="Arial Nova" w:eastAsia="Arial Nova" w:cs="Arial Nova"/>
          <w:lang w:val="es-CL"/>
        </w:rPr>
        <w:t xml:space="preserve">es </w:t>
      </w:r>
      <w:r w:rsidRPr="6AE3A617" w:rsidR="00974A35">
        <w:rPr>
          <w:rFonts w:ascii="Arial Nova" w:hAnsi="Arial Nova" w:eastAsia="Arial Nova" w:cs="Arial Nova"/>
          <w:b w:val="1"/>
          <w:bCs w:val="1"/>
          <w:lang w:val="es-CL"/>
        </w:rPr>
        <w:t>libre y voluntaria</w:t>
      </w:r>
      <w:r w:rsidRPr="6AE3A617" w:rsidR="00974A35">
        <w:rPr>
          <w:rFonts w:ascii="Arial Nova" w:hAnsi="Arial Nova" w:eastAsia="Arial Nova" w:cs="Arial Nova"/>
          <w:b w:val="1"/>
          <w:bCs w:val="1"/>
          <w:lang w:val="es-CL"/>
        </w:rPr>
        <w:t>.</w:t>
      </w:r>
      <w:r w:rsidRPr="6AE3A617" w:rsidR="00974A35">
        <w:rPr>
          <w:rFonts w:ascii="Arial Nova" w:hAnsi="Arial Nova" w:eastAsia="Arial Nova" w:cs="Arial Nova"/>
          <w:lang w:val="es-CL"/>
        </w:rPr>
        <w:t xml:space="preserve"> </w:t>
      </w:r>
      <w:r w:rsidRPr="6AE3A617" w:rsidR="005A66A7">
        <w:rPr>
          <w:rFonts w:ascii="Arial Nova" w:hAnsi="Arial Nova" w:eastAsia="Arial Nova" w:cs="Arial Nova"/>
          <w:lang w:val="es-CL"/>
        </w:rPr>
        <w:t>Te</w:t>
      </w:r>
      <w:r w:rsidRPr="6AE3A617" w:rsidR="005A66A7">
        <w:rPr>
          <w:rFonts w:ascii="Arial Nova" w:hAnsi="Arial Nova" w:eastAsia="Arial Nova" w:cs="Arial Nova"/>
          <w:lang w:val="es-CL"/>
        </w:rPr>
        <w:t xml:space="preserve"> puedes retirar en cualquier momento aun cuando </w:t>
      </w:r>
      <w:r w:rsidRPr="6AE3A617" w:rsidR="00131A95">
        <w:rPr>
          <w:rFonts w:ascii="Arial Nova" w:hAnsi="Arial Nova" w:eastAsia="Arial Nova" w:cs="Arial Nova"/>
          <w:lang w:val="es-CL"/>
        </w:rPr>
        <w:t xml:space="preserve">ya </w:t>
      </w:r>
      <w:r w:rsidRPr="6AE3A617" w:rsidR="005A66A7">
        <w:rPr>
          <w:rFonts w:ascii="Arial Nova" w:hAnsi="Arial Nova" w:eastAsia="Arial Nova" w:cs="Arial Nova"/>
          <w:lang w:val="es-CL"/>
        </w:rPr>
        <w:t xml:space="preserve">hayas </w:t>
      </w:r>
      <w:r w:rsidRPr="6AE3A617" w:rsidR="00310D88">
        <w:rPr>
          <w:rFonts w:ascii="Arial Nova" w:hAnsi="Arial Nova" w:eastAsia="Arial Nova" w:cs="Arial Nova"/>
          <w:lang w:val="es-CL"/>
        </w:rPr>
        <w:t xml:space="preserve">aceptado participar en </w:t>
      </w:r>
      <w:r w:rsidRPr="6AE3A617" w:rsidR="005A66A7">
        <w:rPr>
          <w:rFonts w:ascii="Arial Nova" w:hAnsi="Arial Nova" w:eastAsia="Arial Nova" w:cs="Arial Nova"/>
          <w:lang w:val="es-CL"/>
        </w:rPr>
        <w:t>este documento. Te puedes negar, aunque tus padres acepten. En cualquier caso, nadie se enojará contigo</w:t>
      </w:r>
      <w:r w:rsidRPr="6AE3A617" w:rsidR="00AD539D">
        <w:rPr>
          <w:rFonts w:ascii="Arial Nova" w:hAnsi="Arial Nova" w:eastAsia="Arial Nova" w:cs="Arial Nova"/>
          <w:lang w:val="es-CL"/>
        </w:rPr>
        <w:t xml:space="preserve"> y esto </w:t>
      </w:r>
      <w:r w:rsidRPr="6AE3A617" w:rsidR="00974A35">
        <w:rPr>
          <w:rFonts w:ascii="Arial Nova" w:hAnsi="Arial Nova" w:eastAsia="Arial Nova" w:cs="Arial Nova"/>
          <w:b w:val="1"/>
          <w:bCs w:val="1"/>
          <w:lang w:val="es-CL"/>
        </w:rPr>
        <w:t xml:space="preserve">no </w:t>
      </w:r>
      <w:r w:rsidRPr="6AE3A617" w:rsidR="6C2F6E6A">
        <w:rPr>
          <w:rFonts w:ascii="Arial Nova" w:hAnsi="Arial Nova" w:eastAsia="Arial Nova" w:cs="Arial Nova"/>
          <w:b w:val="1"/>
          <w:bCs w:val="1"/>
          <w:lang w:val="es-CL"/>
        </w:rPr>
        <w:t xml:space="preserve">afectará de ninguna manera la calidad de </w:t>
      </w:r>
      <w:r w:rsidRPr="6AE3A617" w:rsidR="00974A35">
        <w:rPr>
          <w:rFonts w:ascii="Arial Nova" w:hAnsi="Arial Nova" w:eastAsia="Arial Nova" w:cs="Arial Nova"/>
          <w:b w:val="1"/>
          <w:bCs w:val="1"/>
          <w:lang w:val="es-CL"/>
        </w:rPr>
        <w:t>t</w:t>
      </w:r>
      <w:r w:rsidRPr="6AE3A617" w:rsidR="6C2F6E6A">
        <w:rPr>
          <w:rFonts w:ascii="Arial Nova" w:hAnsi="Arial Nova" w:eastAsia="Arial Nova" w:cs="Arial Nova"/>
          <w:b w:val="1"/>
          <w:bCs w:val="1"/>
          <w:lang w:val="es-CL"/>
        </w:rPr>
        <w:t>u atención médica</w:t>
      </w:r>
      <w:r w:rsidRPr="6AE3A617" w:rsidR="00275A6E">
        <w:rPr>
          <w:rFonts w:ascii="Arial Nova" w:hAnsi="Arial Nova" w:eastAsia="Arial Nova" w:cs="Arial Nova"/>
          <w:b w:val="1"/>
          <w:bCs w:val="1"/>
          <w:lang w:val="es-CL"/>
        </w:rPr>
        <w:t xml:space="preserve"> </w:t>
      </w:r>
      <w:r w:rsidRPr="6AE3A617" w:rsidR="005A66A7">
        <w:rPr>
          <w:rFonts w:ascii="Arial Nova" w:hAnsi="Arial Nova" w:eastAsia="Arial Nova" w:cs="Arial Nova"/>
          <w:lang w:val="es-CL"/>
        </w:rPr>
        <w:t>si no deseas participar</w:t>
      </w:r>
      <w:r w:rsidRPr="6AE3A617" w:rsidR="6C2F6E6A">
        <w:rPr>
          <w:rFonts w:ascii="Arial Nova" w:hAnsi="Arial Nova" w:eastAsia="Arial Nova" w:cs="Arial Nova"/>
          <w:lang w:val="es-CL"/>
        </w:rPr>
        <w:t xml:space="preserve">. </w:t>
      </w:r>
    </w:p>
    <w:p w:rsidRPr="006436AF" w:rsidR="00712B40" w:rsidP="00CE1272" w:rsidRDefault="00712B40" w14:paraId="02CCF2E6" w14:textId="77777777">
      <w:pPr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Pr="006436AF" w:rsidR="00712B40" w:rsidP="00712B40" w:rsidRDefault="00712B40" w14:paraId="640A4471" w14:textId="3FC3BE04">
      <w:pPr>
        <w:spacing w:after="0" w:line="240" w:lineRule="auto"/>
        <w:rPr>
          <w:rFonts w:ascii="Arial Nova" w:hAnsi="Arial Nova" w:eastAsia="Arial Nova" w:cs="Arial Nova"/>
          <w:b/>
          <w:bCs/>
          <w:lang w:val="es-CL"/>
        </w:rPr>
      </w:pPr>
      <w:r w:rsidRPr="006436AF">
        <w:rPr>
          <w:rFonts w:ascii="Arial Nova" w:hAnsi="Arial Nova" w:eastAsia="Arial Nova" w:cs="Arial Nova"/>
          <w:b/>
          <w:bCs/>
          <w:lang w:val="es-CL"/>
        </w:rPr>
        <w:t xml:space="preserve">Si quieres o no participar, por favor escribe tu nombre en la línea y marca con una X </w:t>
      </w:r>
      <w:r w:rsidRPr="006436AF">
        <w:rPr>
          <w:rFonts w:ascii="Arial Nova" w:hAnsi="Arial Nova" w:eastAsia="Arial Nova" w:cs="Arial Nova"/>
          <w:b/>
          <w:bCs/>
          <w:lang w:val="es-CL"/>
        </w:rPr>
        <w:t xml:space="preserve">(cruz) </w:t>
      </w:r>
      <w:r w:rsidRPr="006436AF">
        <w:rPr>
          <w:rFonts w:ascii="Arial Nova" w:hAnsi="Arial Nova" w:eastAsia="Arial Nova" w:cs="Arial Nova"/>
          <w:b/>
          <w:bCs/>
          <w:lang w:val="es-CL"/>
        </w:rPr>
        <w:t>con tu decisión.</w:t>
      </w:r>
    </w:p>
    <w:p w:rsidRPr="006436AF" w:rsidR="000F34A7" w:rsidP="051C7252" w:rsidRDefault="000F34A7" w14:paraId="0D0B9D0B" w14:textId="6FC890D5">
      <w:pPr>
        <w:pStyle w:val="Prrafodelista"/>
        <w:spacing w:after="0" w:line="240" w:lineRule="auto"/>
        <w:jc w:val="both"/>
        <w:rPr>
          <w:rFonts w:ascii="Arial Nova" w:hAnsi="Arial Nova" w:eastAsia="Arial Nova" w:cs="Arial Nova"/>
          <w:lang w:val="es-CL"/>
        </w:rPr>
      </w:pPr>
    </w:p>
    <w:p w:rsidR="00FF70BE" w:rsidP="00FF70BE" w:rsidRDefault="07B6BD4A" w14:paraId="36A29C43" w14:textId="4C8EB6B3">
      <w:pPr>
        <w:spacing w:line="480" w:lineRule="auto"/>
        <w:rPr>
          <w:rFonts w:ascii="Arial Nova" w:hAnsi="Arial Nova" w:eastAsia="Arial Nova" w:cs="Arial Nova"/>
          <w:lang w:val="es-CL"/>
        </w:rPr>
      </w:pPr>
      <w:r w:rsidRPr="006436AF">
        <w:rPr>
          <w:rFonts w:ascii="Arial Nova" w:hAnsi="Arial Nova" w:eastAsia="Arial Nova" w:cs="Arial Nova"/>
          <w:lang w:val="es-CL"/>
        </w:rPr>
        <w:t>Nombre completo del participante: ________________________</w:t>
      </w:r>
      <w:r w:rsidR="0007185F">
        <w:rPr>
          <w:rFonts w:ascii="Arial Nova" w:hAnsi="Arial Nova" w:eastAsia="Arial Nova" w:cs="Arial Nova"/>
          <w:lang w:val="es-CL"/>
        </w:rPr>
        <w:t>____________________</w:t>
      </w:r>
      <w:r w:rsidRPr="006436AF">
        <w:rPr>
          <w:rFonts w:ascii="Arial Nova" w:hAnsi="Arial Nova" w:eastAsia="Arial Nova" w:cs="Arial Nova"/>
          <w:lang w:val="es-CL"/>
        </w:rPr>
        <w:t>__</w:t>
      </w:r>
      <w:r w:rsidRPr="006436AF" w:rsidR="00EC6091">
        <w:br/>
      </w:r>
      <w:r w:rsidRPr="006436AF">
        <w:rPr>
          <w:rFonts w:ascii="Arial Nova" w:hAnsi="Arial Nova" w:eastAsia="Arial Nova" w:cs="Arial Nova"/>
          <w:lang w:val="es-CL"/>
        </w:rPr>
        <w:t xml:space="preserve">RUT: __________________________ </w:t>
      </w:r>
    </w:p>
    <w:p w:rsidR="006436AF" w:rsidP="00FF70BE" w:rsidRDefault="006436AF" w14:paraId="17E84D75" w14:textId="53B90EA2">
      <w:pPr>
        <w:spacing w:line="480" w:lineRule="auto"/>
        <w:rPr>
          <w:rFonts w:ascii="Arial Nova" w:hAnsi="Arial Nova" w:eastAsia="Arial Nova" w:cs="Arial Nova"/>
          <w:b/>
          <w:bCs/>
          <w:lang w:val="es-CL"/>
        </w:rPr>
      </w:pPr>
      <w:r w:rsidRPr="006436AF">
        <w:rPr>
          <w:rFonts w:ascii="Arial Nova" w:hAnsi="Arial Nova" w:eastAsia="Arial Nova" w:cs="Arial Nova"/>
          <w:lang w:val="es-CL"/>
        </w:rPr>
        <w:t xml:space="preserve"> </w:t>
      </w:r>
      <w:r w:rsidR="00EC4B0F">
        <w:rPr>
          <w:rFonts w:ascii="Arial Nova" w:hAnsi="Arial Nova" w:eastAsia="Arial Nova" w:cs="Arial Nova"/>
          <w:lang w:val="es-CL"/>
        </w:rPr>
        <w:t xml:space="preserve">---------  </w:t>
      </w:r>
      <w:r w:rsidR="00274EB2">
        <w:rPr>
          <w:rFonts w:ascii="Arial Nova" w:hAnsi="Arial Nova" w:eastAsia="Arial Nova" w:cs="Arial Nova"/>
          <w:lang w:val="es-CL"/>
        </w:rPr>
        <w:t xml:space="preserve"> </w:t>
      </w:r>
      <w:r w:rsidRPr="00EC4B0F">
        <w:rPr>
          <w:rFonts w:ascii="Arial Nova" w:hAnsi="Arial Nova" w:eastAsia="Arial Nova" w:cs="Arial Nova"/>
          <w:b/>
          <w:bCs/>
          <w:lang w:val="es-CL"/>
        </w:rPr>
        <w:t>Quiero participar</w:t>
      </w:r>
      <w:r w:rsidRPr="006436AF">
        <w:rPr>
          <w:rFonts w:ascii="Arial Nova" w:hAnsi="Arial Nova" w:eastAsia="Arial Nova" w:cs="Arial Nova"/>
          <w:lang w:val="es-CL"/>
        </w:rPr>
        <w:t xml:space="preserve">                                         </w:t>
      </w:r>
      <w:r w:rsidR="00EC4B0F">
        <w:rPr>
          <w:rFonts w:ascii="Arial Nova" w:hAnsi="Arial Nova" w:eastAsia="Arial Nova" w:cs="Arial Nova"/>
          <w:lang w:val="es-CL"/>
        </w:rPr>
        <w:t xml:space="preserve">---------- </w:t>
      </w:r>
      <w:r w:rsidRPr="00EC4B0F">
        <w:rPr>
          <w:rFonts w:ascii="Arial Nova" w:hAnsi="Arial Nova" w:eastAsia="Arial Nova" w:cs="Arial Nova"/>
          <w:b/>
          <w:bCs/>
          <w:lang w:val="es-CL"/>
        </w:rPr>
        <w:t>No quiero participar</w:t>
      </w:r>
    </w:p>
    <w:p w:rsidR="0007185F" w:rsidP="051C7252" w:rsidRDefault="7F2C0D66" w14:paraId="3F40AE28" w14:textId="0F07BE70">
      <w:pPr>
        <w:jc w:val="both"/>
        <w:rPr>
          <w:rFonts w:ascii="Arial Nova" w:hAnsi="Arial Nova" w:eastAsia="Arial Nova" w:cs="Arial Nova"/>
          <w:lang w:val="es-CL"/>
        </w:rPr>
      </w:pPr>
      <w:r w:rsidRPr="1C90128E" w:rsidR="7F2C0D66">
        <w:rPr>
          <w:rFonts w:ascii="Arial Nova" w:hAnsi="Arial Nova" w:eastAsia="Arial Nova" w:cs="Arial Nova"/>
          <w:b w:val="1"/>
          <w:bCs w:val="1"/>
          <w:lang w:val="es-CL"/>
        </w:rPr>
        <w:t xml:space="preserve">Nota:  </w:t>
      </w:r>
      <w:r w:rsidRPr="1C90128E" w:rsidR="7F2C0D66">
        <w:rPr>
          <w:rFonts w:ascii="Arial Nova" w:hAnsi="Arial Nova" w:eastAsia="Arial Nova" w:cs="Arial Nova"/>
          <w:sz w:val="20"/>
          <w:szCs w:val="20"/>
          <w:lang w:val="es-CL"/>
        </w:rPr>
        <w:t xml:space="preserve">una copia debe quedar con el responsable de la publicación y </w:t>
      </w:r>
      <w:r w:rsidRPr="1C90128E" w:rsidR="33E8C0FB">
        <w:rPr>
          <w:rFonts w:ascii="Arial Nova" w:hAnsi="Arial Nova" w:eastAsia="Arial Nova" w:cs="Arial Nova"/>
          <w:sz w:val="20"/>
          <w:szCs w:val="20"/>
          <w:lang w:val="es-CL"/>
        </w:rPr>
        <w:t xml:space="preserve">se debe </w:t>
      </w:r>
      <w:r w:rsidRPr="1C90128E" w:rsidR="7F2C0D66">
        <w:rPr>
          <w:rFonts w:ascii="Arial Nova" w:hAnsi="Arial Nova" w:eastAsia="Arial Nova" w:cs="Arial Nova"/>
          <w:sz w:val="20"/>
          <w:szCs w:val="20"/>
          <w:lang w:val="es-CL"/>
        </w:rPr>
        <w:t>registr</w:t>
      </w:r>
      <w:r w:rsidRPr="1C90128E" w:rsidR="5D583706">
        <w:rPr>
          <w:rFonts w:ascii="Arial Nova" w:hAnsi="Arial Nova" w:eastAsia="Arial Nova" w:cs="Arial Nova"/>
          <w:sz w:val="20"/>
          <w:szCs w:val="20"/>
          <w:lang w:val="es-CL"/>
        </w:rPr>
        <w:t xml:space="preserve">ar el proceso DCI </w:t>
      </w:r>
      <w:r w:rsidRPr="1C90128E" w:rsidR="7F2C0D66">
        <w:rPr>
          <w:rFonts w:ascii="Arial Nova" w:hAnsi="Arial Nova" w:eastAsia="Arial Nova" w:cs="Arial Nova"/>
          <w:sz w:val="20"/>
          <w:szCs w:val="20"/>
          <w:lang w:val="es-CL"/>
        </w:rPr>
        <w:t>en ficha clínica del paciente y una copia debe ser entregado al participante</w:t>
      </w:r>
      <w:r w:rsidRPr="1C90128E" w:rsidR="00137F36">
        <w:rPr>
          <w:rFonts w:ascii="Arial Nova" w:hAnsi="Arial Nova" w:eastAsia="Arial Nova" w:cs="Arial Nova"/>
          <w:sz w:val="20"/>
          <w:szCs w:val="20"/>
          <w:lang w:val="es-CL"/>
        </w:rPr>
        <w:t xml:space="preserve"> y Padres/</w:t>
      </w:r>
      <w:r w:rsidRPr="1C90128E" w:rsidR="782368DC">
        <w:rPr>
          <w:rFonts w:ascii="Arial Nova" w:hAnsi="Arial Nova" w:eastAsia="Arial Nova" w:cs="Arial Nova"/>
          <w:sz w:val="20"/>
          <w:szCs w:val="20"/>
          <w:lang w:val="es-CL"/>
        </w:rPr>
        <w:t>R</w:t>
      </w:r>
      <w:r w:rsidRPr="1C90128E" w:rsidR="00137F36">
        <w:rPr>
          <w:rFonts w:ascii="Arial Nova" w:hAnsi="Arial Nova" w:eastAsia="Arial Nova" w:cs="Arial Nova"/>
          <w:sz w:val="20"/>
          <w:szCs w:val="20"/>
          <w:lang w:val="es-CL"/>
        </w:rPr>
        <w:t>esponsable legal</w:t>
      </w:r>
      <w:r w:rsidRPr="1C90128E" w:rsidR="7F2C0D66">
        <w:rPr>
          <w:rFonts w:ascii="Arial Nova" w:hAnsi="Arial Nova" w:eastAsia="Arial Nova" w:cs="Arial Nova"/>
          <w:sz w:val="20"/>
          <w:szCs w:val="20"/>
          <w:lang w:val="es-CL"/>
        </w:rPr>
        <w:t xml:space="preserve">. </w:t>
      </w:r>
      <w:r w:rsidRPr="1C90128E" w:rsidR="005C2C77">
        <w:rPr>
          <w:rFonts w:ascii="Arial Nova" w:hAnsi="Arial Nova" w:eastAsia="Arial Nova" w:cs="Arial Nova"/>
          <w:sz w:val="20"/>
          <w:szCs w:val="20"/>
          <w:lang w:val="es-CL"/>
        </w:rPr>
        <w:t xml:space="preserve">Recuerde </w:t>
      </w:r>
      <w:r w:rsidRPr="1C90128E" w:rsidR="002B09E8">
        <w:rPr>
          <w:rFonts w:ascii="Arial Nova" w:hAnsi="Arial Nova" w:eastAsia="Arial Nova" w:cs="Arial Nova"/>
          <w:sz w:val="20"/>
          <w:szCs w:val="20"/>
          <w:lang w:val="es-CL"/>
        </w:rPr>
        <w:t xml:space="preserve">siempre </w:t>
      </w:r>
      <w:r w:rsidRPr="1C90128E" w:rsidR="005C2C77">
        <w:rPr>
          <w:rFonts w:ascii="Arial Nova" w:hAnsi="Arial Nova" w:eastAsia="Arial Nova" w:cs="Arial Nova"/>
          <w:sz w:val="20"/>
          <w:szCs w:val="20"/>
          <w:lang w:val="es-CL"/>
        </w:rPr>
        <w:t xml:space="preserve">anexar este documento al DCI </w:t>
      </w:r>
      <w:r w:rsidRPr="1C90128E" w:rsidR="655C54EF">
        <w:rPr>
          <w:rFonts w:ascii="Arial Nova" w:hAnsi="Arial Nova" w:eastAsia="Arial Nova" w:cs="Arial Nova"/>
          <w:sz w:val="20"/>
          <w:szCs w:val="20"/>
          <w:lang w:val="es-CL"/>
        </w:rPr>
        <w:t>de mayo</w:t>
      </w:r>
      <w:r w:rsidRPr="1C90128E" w:rsidR="005C2C77">
        <w:rPr>
          <w:rFonts w:ascii="Arial Nova" w:hAnsi="Arial Nova" w:eastAsia="Arial Nova" w:cs="Arial Nova"/>
          <w:sz w:val="20"/>
          <w:szCs w:val="20"/>
          <w:lang w:val="es-CL"/>
        </w:rPr>
        <w:t>res</w:t>
      </w:r>
      <w:r w:rsidRPr="1C90128E" w:rsidR="655C54EF">
        <w:rPr>
          <w:rFonts w:ascii="Arial Nova" w:hAnsi="Arial Nova" w:eastAsia="Arial Nova" w:cs="Arial Nova"/>
          <w:sz w:val="20"/>
          <w:szCs w:val="20"/>
          <w:lang w:val="es-CL"/>
        </w:rPr>
        <w:t xml:space="preserve"> 18 años</w:t>
      </w:r>
      <w:r w:rsidRPr="1C90128E" w:rsidR="002B09E8">
        <w:rPr>
          <w:rFonts w:ascii="Arial Nova" w:hAnsi="Arial Nova" w:eastAsia="Arial Nova" w:cs="Arial Nova"/>
          <w:sz w:val="20"/>
          <w:szCs w:val="20"/>
          <w:lang w:val="es-CL"/>
        </w:rPr>
        <w:t xml:space="preserve">. </w:t>
      </w:r>
    </w:p>
    <w:p w:rsidRPr="002B09E8" w:rsidR="002B09E8" w:rsidP="002B09E8" w:rsidRDefault="002B09E8" w14:paraId="668F82FD" w14:textId="360E17A0">
      <w:pPr>
        <w:spacing w:line="480" w:lineRule="auto"/>
        <w:rPr>
          <w:rFonts w:ascii="Arial Nova" w:hAnsi="Arial Nova" w:eastAsia="Arial Nova" w:cs="Arial Nova"/>
          <w:b/>
          <w:bCs/>
          <w:lang w:val="es-CL"/>
        </w:rPr>
      </w:pPr>
      <w:r w:rsidRPr="005C2C77">
        <w:rPr>
          <w:rFonts w:ascii="Arial Nova" w:hAnsi="Arial Nova" w:eastAsia="Arial Nova" w:cs="Arial Nova"/>
          <w:b/>
          <w:bCs/>
          <w:lang w:val="es-CL"/>
        </w:rPr>
        <w:t xml:space="preserve">Código ID Plataforma: </w:t>
      </w:r>
      <w:r>
        <w:rPr>
          <w:rFonts w:ascii="Arial Nova" w:hAnsi="Arial Nova" w:eastAsia="Arial Nova" w:cs="Arial Nova"/>
          <w:b/>
          <w:bCs/>
          <w:lang w:val="es-CL"/>
        </w:rPr>
        <w:t>_________________________________________________________</w:t>
      </w:r>
    </w:p>
    <w:sectPr w:rsidRPr="002B09E8" w:rsidR="002B09E8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185B" w:rsidRDefault="00B7185B" w14:paraId="747AD083" w14:textId="77777777">
      <w:pPr>
        <w:spacing w:after="0" w:line="240" w:lineRule="auto"/>
      </w:pPr>
      <w:r>
        <w:separator/>
      </w:r>
    </w:p>
  </w:endnote>
  <w:endnote w:type="continuationSeparator" w:id="0">
    <w:p w:rsidR="00B7185B" w:rsidRDefault="00B7185B" w14:paraId="1A5F93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51C7252" w:rsidP="051C7252" w:rsidRDefault="051C7252" w14:paraId="4FD0DC22" w14:textId="3A30CCBE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A25893">
      <w:rPr>
        <w:noProof/>
      </w:rPr>
      <w:t>1</w:t>
    </w:r>
    <w:r>
      <w:fldChar w:fldCharType="end"/>
    </w:r>
  </w:p>
  <w:p w:rsidR="000F34A7" w:rsidRDefault="00D546D0" w14:paraId="6DEBD7C5" w14:textId="1B38B897">
    <w:pPr>
      <w:pStyle w:val="Piedepgina"/>
      <w:jc w:val="center"/>
    </w:pPr>
    <w:r w:rsidRPr="4F075B8B" w:rsidR="4F075B8B">
      <w:rPr>
        <w:lang w:val="es-ES"/>
      </w:rPr>
      <w:t>A</w:t>
    </w:r>
    <w:r w:rsidRPr="4F075B8B" w:rsidR="4F075B8B">
      <w:rPr>
        <w:lang w:val="es-ES"/>
      </w:rPr>
      <w:t>sentimiento</w:t>
    </w:r>
    <w:r w:rsidRPr="4F075B8B" w:rsidR="4F075B8B">
      <w:rPr>
        <w:lang w:val="es-ES"/>
      </w:rPr>
      <w:t>:</w:t>
    </w:r>
    <w:r w:rsidRPr="4F075B8B" w:rsidR="4F075B8B">
      <w:rPr>
        <w:lang w:val="es-ES"/>
      </w:rPr>
      <w:t xml:space="preserve"> Reporte</w:t>
    </w:r>
    <w:r w:rsidRPr="4F075B8B" w:rsidR="4F075B8B">
      <w:rPr>
        <w:lang w:val="es-ES"/>
      </w:rPr>
      <w:t xml:space="preserve"> </w:t>
    </w:r>
    <w:r w:rsidRPr="4F075B8B" w:rsidR="4F075B8B">
      <w:rPr>
        <w:lang w:val="es-ES"/>
      </w:rPr>
      <w:t>C</w:t>
    </w:r>
    <w:r w:rsidRPr="4F075B8B" w:rsidR="4F075B8B">
      <w:rPr>
        <w:lang w:val="es-ES"/>
      </w:rPr>
      <w:t xml:space="preserve">aso </w:t>
    </w:r>
    <w:r w:rsidRPr="4F075B8B" w:rsidR="4F075B8B">
      <w:rPr>
        <w:lang w:val="es-ES"/>
      </w:rPr>
      <w:t xml:space="preserve">CEC Salud </w:t>
    </w:r>
    <w:r w:rsidRPr="4F075B8B" w:rsidR="4F075B8B">
      <w:rPr>
        <w:lang w:val="es-ES"/>
      </w:rPr>
      <w:t>UC.  Versión 1.</w:t>
    </w:r>
    <w:r w:rsidRPr="4F075B8B" w:rsidR="4F075B8B">
      <w:rPr>
        <w:lang w:val="es-ES"/>
      </w:rPr>
      <w:t>0</w:t>
    </w:r>
    <w:r w:rsidRPr="4F075B8B" w:rsidR="4F075B8B">
      <w:rPr>
        <w:lang w:val="es-ES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185B" w:rsidRDefault="00B7185B" w14:paraId="07A32264" w14:textId="77777777">
      <w:pPr>
        <w:spacing w:after="0" w:line="240" w:lineRule="auto"/>
      </w:pPr>
      <w:r>
        <w:separator/>
      </w:r>
    </w:p>
  </w:footnote>
  <w:footnote w:type="continuationSeparator" w:id="0">
    <w:p w:rsidR="00B7185B" w:rsidRDefault="00B7185B" w14:paraId="5F60BE9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C94A1E" w:rsidR="00E26704" w:rsidP="00E26704" w:rsidRDefault="00EE6725" w14:paraId="1DE21D38" w14:textId="61D079AD">
    <w:pPr>
      <w:tabs>
        <w:tab w:val="center" w:pos="4419"/>
        <w:tab w:val="right" w:pos="8838"/>
      </w:tabs>
      <w:spacing w:after="0" w:line="240" w:lineRule="auto"/>
      <w:jc w:val="center"/>
    </w:pPr>
    <w:r w:rsidRPr="00EE6725">
      <w:rPr>
        <w:rFonts w:ascii="Calibri" w:hAnsi="Calibri" w:eastAsia="Calibri" w:cs="Calibri"/>
        <w:b/>
        <w:bCs/>
        <w:noProof/>
        <w:color w:val="1F497D" w:themeColor="text2"/>
        <w:sz w:val="20"/>
        <w:szCs w:val="20"/>
        <w:lang w:val="es-CL"/>
      </w:rPr>
      <w:drawing>
        <wp:anchor distT="0" distB="0" distL="114300" distR="114300" simplePos="0" relativeHeight="251658240" behindDoc="1" locked="0" layoutInCell="1" allowOverlap="1" wp14:anchorId="15D8DDEF" wp14:editId="537D0E67">
          <wp:simplePos x="0" y="0"/>
          <wp:positionH relativeFrom="column">
            <wp:posOffset>104775</wp:posOffset>
          </wp:positionH>
          <wp:positionV relativeFrom="paragraph">
            <wp:posOffset>-247650</wp:posOffset>
          </wp:positionV>
          <wp:extent cx="614753" cy="819670"/>
          <wp:effectExtent l="0" t="0" r="0" b="0"/>
          <wp:wrapNone/>
          <wp:docPr id="13911703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9117034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4753" cy="819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7459BCF" w:rsidR="6AE3A617">
      <w:rPr>
        <w:rFonts w:ascii="Calibri" w:hAnsi="Calibri" w:eastAsia="Calibri" w:cs="Calibri"/>
        <w:b w:val="1"/>
        <w:bCs w:val="1"/>
        <w:color w:val="1F497D" w:themeColor="text2"/>
        <w:sz w:val="20"/>
        <w:szCs w:val="20"/>
        <w:lang w:val="es-CL"/>
      </w:rPr>
      <w:t>COMITÉ ÉTICO CIENTÍFICO CIENCIAS DE LA SALUD UC</w:t>
    </w:r>
  </w:p>
  <w:p w:rsidRPr="00C94A1E" w:rsidR="00E26704" w:rsidP="00E26704" w:rsidRDefault="051C7252" w14:paraId="2E213141" w14:textId="3424E531">
    <w:pPr>
      <w:tabs>
        <w:tab w:val="center" w:pos="4419"/>
        <w:tab w:val="right" w:pos="8838"/>
      </w:tabs>
      <w:spacing w:after="0" w:line="240" w:lineRule="auto"/>
      <w:jc w:val="center"/>
    </w:pPr>
    <w:proofErr w:type="spellStart"/>
    <w:r w:rsidRPr="051C7252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>Re-acreditado</w:t>
    </w:r>
    <w:proofErr w:type="spellEnd"/>
    <w:r w:rsidRPr="051C7252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 xml:space="preserve"> por SEREMI de Salud </w:t>
    </w:r>
  </w:p>
  <w:p w:rsidRPr="00C94A1E" w:rsidR="00E26704" w:rsidP="00E26704" w:rsidRDefault="051C7252" w14:paraId="1775EF56" w14:textId="1571F272">
    <w:pPr>
      <w:tabs>
        <w:tab w:val="center" w:pos="4419"/>
        <w:tab w:val="right" w:pos="8838"/>
      </w:tabs>
      <w:spacing w:after="0" w:line="240" w:lineRule="auto"/>
      <w:jc w:val="center"/>
      <w:rPr>
        <w:rFonts w:ascii="Calibri" w:hAnsi="Calibri" w:eastAsia="Calibri" w:cs="Calibri"/>
        <w:color w:val="1F497D" w:themeColor="text2"/>
        <w:sz w:val="20"/>
        <w:szCs w:val="20"/>
        <w:lang w:val="es-CL"/>
      </w:rPr>
    </w:pPr>
    <w:r w:rsidRPr="051C7252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>Resolución Exenta N°241355688 del 05 de diciembre de 2024</w:t>
    </w:r>
  </w:p>
  <w:p w:rsidRPr="00C94A1E" w:rsidR="00E26704" w:rsidP="00E26704" w:rsidRDefault="00E26704" w14:paraId="36711977" w14:textId="1ADA5379">
    <w:pPr>
      <w:pStyle w:val="Encabezado"/>
      <w:jc w:val="center"/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4C23C6A"/>
    <w:multiLevelType w:val="hybridMultilevel"/>
    <w:tmpl w:val="D9ECE50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1E01ACC"/>
    <w:multiLevelType w:val="hybridMultilevel"/>
    <w:tmpl w:val="872295F2"/>
    <w:lvl w:ilvl="0" w:tplc="ED1CFEA4">
      <w:start w:val="1"/>
      <w:numFmt w:val="decimal"/>
      <w:lvlText w:val="%1."/>
      <w:lvlJc w:val="left"/>
      <w:pPr>
        <w:ind w:left="720" w:hanging="360"/>
      </w:pPr>
    </w:lvl>
    <w:lvl w:ilvl="1" w:tplc="A21CA3DE">
      <w:start w:val="1"/>
      <w:numFmt w:val="lowerLetter"/>
      <w:lvlText w:val="%2."/>
      <w:lvlJc w:val="left"/>
      <w:pPr>
        <w:ind w:left="1440" w:hanging="360"/>
      </w:pPr>
    </w:lvl>
    <w:lvl w:ilvl="2" w:tplc="2B886F42">
      <w:start w:val="1"/>
      <w:numFmt w:val="lowerRoman"/>
      <w:lvlText w:val="%3."/>
      <w:lvlJc w:val="right"/>
      <w:pPr>
        <w:ind w:left="2160" w:hanging="180"/>
      </w:pPr>
    </w:lvl>
    <w:lvl w:ilvl="3" w:tplc="C5004DBC">
      <w:start w:val="1"/>
      <w:numFmt w:val="decimal"/>
      <w:lvlText w:val="%4."/>
      <w:lvlJc w:val="left"/>
      <w:pPr>
        <w:ind w:left="2880" w:hanging="360"/>
      </w:pPr>
    </w:lvl>
    <w:lvl w:ilvl="4" w:tplc="8A08D6AE">
      <w:start w:val="1"/>
      <w:numFmt w:val="lowerLetter"/>
      <w:lvlText w:val="%5."/>
      <w:lvlJc w:val="left"/>
      <w:pPr>
        <w:ind w:left="3600" w:hanging="360"/>
      </w:pPr>
    </w:lvl>
    <w:lvl w:ilvl="5" w:tplc="7FB6F87E">
      <w:start w:val="1"/>
      <w:numFmt w:val="lowerRoman"/>
      <w:lvlText w:val="%6."/>
      <w:lvlJc w:val="right"/>
      <w:pPr>
        <w:ind w:left="4320" w:hanging="180"/>
      </w:pPr>
    </w:lvl>
    <w:lvl w:ilvl="6" w:tplc="894EDD7E">
      <w:start w:val="1"/>
      <w:numFmt w:val="decimal"/>
      <w:lvlText w:val="%7."/>
      <w:lvlJc w:val="left"/>
      <w:pPr>
        <w:ind w:left="5040" w:hanging="360"/>
      </w:pPr>
    </w:lvl>
    <w:lvl w:ilvl="7" w:tplc="DEFC2B92">
      <w:start w:val="1"/>
      <w:numFmt w:val="lowerLetter"/>
      <w:lvlText w:val="%8."/>
      <w:lvlJc w:val="left"/>
      <w:pPr>
        <w:ind w:left="5760" w:hanging="360"/>
      </w:pPr>
    </w:lvl>
    <w:lvl w:ilvl="8" w:tplc="E2346B3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FC823"/>
    <w:multiLevelType w:val="hybridMultilevel"/>
    <w:tmpl w:val="C8BEC9B8"/>
    <w:lvl w:ilvl="0" w:tplc="0EF2DC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3699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EED4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A8C9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ECED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BCBD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1248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1E7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F20D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1BB9727"/>
    <w:multiLevelType w:val="hybridMultilevel"/>
    <w:tmpl w:val="941ED842"/>
    <w:lvl w:ilvl="0" w:tplc="EB026C04">
      <w:start w:val="1"/>
      <w:numFmt w:val="decimal"/>
      <w:lvlText w:val="%1."/>
      <w:lvlJc w:val="left"/>
      <w:pPr>
        <w:ind w:left="720" w:hanging="360"/>
      </w:pPr>
    </w:lvl>
    <w:lvl w:ilvl="1" w:tplc="7500F738">
      <w:start w:val="1"/>
      <w:numFmt w:val="lowerLetter"/>
      <w:lvlText w:val="%2."/>
      <w:lvlJc w:val="left"/>
      <w:pPr>
        <w:ind w:left="1440" w:hanging="360"/>
      </w:pPr>
    </w:lvl>
    <w:lvl w:ilvl="2" w:tplc="E8187284">
      <w:start w:val="1"/>
      <w:numFmt w:val="lowerRoman"/>
      <w:lvlText w:val="%3."/>
      <w:lvlJc w:val="right"/>
      <w:pPr>
        <w:ind w:left="2160" w:hanging="180"/>
      </w:pPr>
    </w:lvl>
    <w:lvl w:ilvl="3" w:tplc="BFAE168E">
      <w:start w:val="1"/>
      <w:numFmt w:val="decimal"/>
      <w:lvlText w:val="%4."/>
      <w:lvlJc w:val="left"/>
      <w:pPr>
        <w:ind w:left="2880" w:hanging="360"/>
      </w:pPr>
    </w:lvl>
    <w:lvl w:ilvl="4" w:tplc="B21A350C">
      <w:start w:val="1"/>
      <w:numFmt w:val="lowerLetter"/>
      <w:lvlText w:val="%5."/>
      <w:lvlJc w:val="left"/>
      <w:pPr>
        <w:ind w:left="3600" w:hanging="360"/>
      </w:pPr>
    </w:lvl>
    <w:lvl w:ilvl="5" w:tplc="6D70DBF0">
      <w:start w:val="1"/>
      <w:numFmt w:val="lowerRoman"/>
      <w:lvlText w:val="%6."/>
      <w:lvlJc w:val="right"/>
      <w:pPr>
        <w:ind w:left="4320" w:hanging="180"/>
      </w:pPr>
    </w:lvl>
    <w:lvl w:ilvl="6" w:tplc="0D606980">
      <w:start w:val="1"/>
      <w:numFmt w:val="decimal"/>
      <w:lvlText w:val="%7."/>
      <w:lvlJc w:val="left"/>
      <w:pPr>
        <w:ind w:left="5040" w:hanging="360"/>
      </w:pPr>
    </w:lvl>
    <w:lvl w:ilvl="7" w:tplc="AE50A7B0">
      <w:start w:val="1"/>
      <w:numFmt w:val="lowerLetter"/>
      <w:lvlText w:val="%8."/>
      <w:lvlJc w:val="left"/>
      <w:pPr>
        <w:ind w:left="5760" w:hanging="360"/>
      </w:pPr>
    </w:lvl>
    <w:lvl w:ilvl="8" w:tplc="AADAE3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C74F9"/>
    <w:multiLevelType w:val="hybridMultilevel"/>
    <w:tmpl w:val="DCEAA1EA"/>
    <w:lvl w:ilvl="0" w:tplc="340A000F">
      <w:start w:val="1"/>
      <w:numFmt w:val="decimal"/>
      <w:lvlText w:val="%1."/>
      <w:lvlJc w:val="left"/>
      <w:pPr>
        <w:ind w:left="765" w:hanging="360"/>
      </w:pPr>
    </w:lvl>
    <w:lvl w:ilvl="1" w:tplc="340A0019" w:tentative="1">
      <w:start w:val="1"/>
      <w:numFmt w:val="lowerLetter"/>
      <w:lvlText w:val="%2."/>
      <w:lvlJc w:val="left"/>
      <w:pPr>
        <w:ind w:left="1485" w:hanging="360"/>
      </w:pPr>
    </w:lvl>
    <w:lvl w:ilvl="2" w:tplc="340A001B" w:tentative="1">
      <w:start w:val="1"/>
      <w:numFmt w:val="lowerRoman"/>
      <w:lvlText w:val="%3."/>
      <w:lvlJc w:val="right"/>
      <w:pPr>
        <w:ind w:left="2205" w:hanging="180"/>
      </w:pPr>
    </w:lvl>
    <w:lvl w:ilvl="3" w:tplc="340A000F" w:tentative="1">
      <w:start w:val="1"/>
      <w:numFmt w:val="decimal"/>
      <w:lvlText w:val="%4."/>
      <w:lvlJc w:val="left"/>
      <w:pPr>
        <w:ind w:left="2925" w:hanging="360"/>
      </w:pPr>
    </w:lvl>
    <w:lvl w:ilvl="4" w:tplc="340A0019" w:tentative="1">
      <w:start w:val="1"/>
      <w:numFmt w:val="lowerLetter"/>
      <w:lvlText w:val="%5."/>
      <w:lvlJc w:val="left"/>
      <w:pPr>
        <w:ind w:left="3645" w:hanging="360"/>
      </w:pPr>
    </w:lvl>
    <w:lvl w:ilvl="5" w:tplc="340A001B" w:tentative="1">
      <w:start w:val="1"/>
      <w:numFmt w:val="lowerRoman"/>
      <w:lvlText w:val="%6."/>
      <w:lvlJc w:val="right"/>
      <w:pPr>
        <w:ind w:left="4365" w:hanging="180"/>
      </w:pPr>
    </w:lvl>
    <w:lvl w:ilvl="6" w:tplc="340A000F" w:tentative="1">
      <w:start w:val="1"/>
      <w:numFmt w:val="decimal"/>
      <w:lvlText w:val="%7."/>
      <w:lvlJc w:val="left"/>
      <w:pPr>
        <w:ind w:left="5085" w:hanging="360"/>
      </w:pPr>
    </w:lvl>
    <w:lvl w:ilvl="7" w:tplc="340A0019" w:tentative="1">
      <w:start w:val="1"/>
      <w:numFmt w:val="lowerLetter"/>
      <w:lvlText w:val="%8."/>
      <w:lvlJc w:val="left"/>
      <w:pPr>
        <w:ind w:left="5805" w:hanging="360"/>
      </w:pPr>
    </w:lvl>
    <w:lvl w:ilvl="8" w:tplc="3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55767E5"/>
    <w:multiLevelType w:val="hybridMultilevel"/>
    <w:tmpl w:val="732A76BA"/>
    <w:lvl w:ilvl="0" w:tplc="42A4E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A627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883B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242F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FE4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9438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607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B4D1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086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8C7C21"/>
    <w:multiLevelType w:val="hybridMultilevel"/>
    <w:tmpl w:val="A148BAF2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2626270">
    <w:abstractNumId w:val="12"/>
  </w:num>
  <w:num w:numId="2" w16cid:durableId="1279604251">
    <w:abstractNumId w:val="11"/>
  </w:num>
  <w:num w:numId="3" w16cid:durableId="1639337983">
    <w:abstractNumId w:val="10"/>
  </w:num>
  <w:num w:numId="4" w16cid:durableId="797063995">
    <w:abstractNumId w:val="14"/>
  </w:num>
  <w:num w:numId="5" w16cid:durableId="6442365">
    <w:abstractNumId w:val="8"/>
  </w:num>
  <w:num w:numId="6" w16cid:durableId="633029301">
    <w:abstractNumId w:val="6"/>
  </w:num>
  <w:num w:numId="7" w16cid:durableId="1712336428">
    <w:abstractNumId w:val="5"/>
  </w:num>
  <w:num w:numId="8" w16cid:durableId="664356139">
    <w:abstractNumId w:val="4"/>
  </w:num>
  <w:num w:numId="9" w16cid:durableId="939533732">
    <w:abstractNumId w:val="7"/>
  </w:num>
  <w:num w:numId="10" w16cid:durableId="1848902682">
    <w:abstractNumId w:val="3"/>
  </w:num>
  <w:num w:numId="11" w16cid:durableId="1076781117">
    <w:abstractNumId w:val="2"/>
  </w:num>
  <w:num w:numId="12" w16cid:durableId="1776049350">
    <w:abstractNumId w:val="1"/>
  </w:num>
  <w:num w:numId="13" w16cid:durableId="101612675">
    <w:abstractNumId w:val="0"/>
  </w:num>
  <w:num w:numId="14" w16cid:durableId="1829396015">
    <w:abstractNumId w:val="9"/>
  </w:num>
  <w:num w:numId="15" w16cid:durableId="85811004">
    <w:abstractNumId w:val="13"/>
  </w:num>
  <w:num w:numId="16" w16cid:durableId="1051005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08B"/>
    <w:rsid w:val="00034616"/>
    <w:rsid w:val="0006063C"/>
    <w:rsid w:val="0007185F"/>
    <w:rsid w:val="000C4955"/>
    <w:rsid w:val="000F34A7"/>
    <w:rsid w:val="00131A95"/>
    <w:rsid w:val="00132D96"/>
    <w:rsid w:val="00137F36"/>
    <w:rsid w:val="0015074B"/>
    <w:rsid w:val="001A6072"/>
    <w:rsid w:val="001E421F"/>
    <w:rsid w:val="001F596D"/>
    <w:rsid w:val="00204384"/>
    <w:rsid w:val="00241BAD"/>
    <w:rsid w:val="00274EB2"/>
    <w:rsid w:val="00275A6E"/>
    <w:rsid w:val="0029639D"/>
    <w:rsid w:val="002B09E8"/>
    <w:rsid w:val="002E07E7"/>
    <w:rsid w:val="002F059B"/>
    <w:rsid w:val="00310D88"/>
    <w:rsid w:val="00326F90"/>
    <w:rsid w:val="00354DB5"/>
    <w:rsid w:val="00380637"/>
    <w:rsid w:val="00427AEC"/>
    <w:rsid w:val="00485D6D"/>
    <w:rsid w:val="00549DF5"/>
    <w:rsid w:val="005A2B70"/>
    <w:rsid w:val="005A66A7"/>
    <w:rsid w:val="005C157A"/>
    <w:rsid w:val="005C2C77"/>
    <w:rsid w:val="006046F0"/>
    <w:rsid w:val="006436AF"/>
    <w:rsid w:val="00696141"/>
    <w:rsid w:val="006B1655"/>
    <w:rsid w:val="006C4408"/>
    <w:rsid w:val="006D38E4"/>
    <w:rsid w:val="00712B40"/>
    <w:rsid w:val="0075216A"/>
    <w:rsid w:val="00755444"/>
    <w:rsid w:val="007641CB"/>
    <w:rsid w:val="00764D0E"/>
    <w:rsid w:val="007E23AD"/>
    <w:rsid w:val="00875243"/>
    <w:rsid w:val="009401AE"/>
    <w:rsid w:val="00974A35"/>
    <w:rsid w:val="00976B2D"/>
    <w:rsid w:val="009A648E"/>
    <w:rsid w:val="009F1230"/>
    <w:rsid w:val="00A25893"/>
    <w:rsid w:val="00AA1C2A"/>
    <w:rsid w:val="00AA1D8D"/>
    <w:rsid w:val="00AD539D"/>
    <w:rsid w:val="00B1589A"/>
    <w:rsid w:val="00B47730"/>
    <w:rsid w:val="00B54B6E"/>
    <w:rsid w:val="00B7185B"/>
    <w:rsid w:val="00BDE074"/>
    <w:rsid w:val="00BF69C2"/>
    <w:rsid w:val="00C17EA1"/>
    <w:rsid w:val="00C51DFB"/>
    <w:rsid w:val="00C81B3C"/>
    <w:rsid w:val="00C94A1E"/>
    <w:rsid w:val="00CB0664"/>
    <w:rsid w:val="00CC7264"/>
    <w:rsid w:val="00CE1272"/>
    <w:rsid w:val="00CE7415"/>
    <w:rsid w:val="00D04568"/>
    <w:rsid w:val="00D546D0"/>
    <w:rsid w:val="00D93C53"/>
    <w:rsid w:val="00DF78E5"/>
    <w:rsid w:val="00E26704"/>
    <w:rsid w:val="00E7740F"/>
    <w:rsid w:val="00E83CEC"/>
    <w:rsid w:val="00EC4B0F"/>
    <w:rsid w:val="00EC6091"/>
    <w:rsid w:val="00ED4ACF"/>
    <w:rsid w:val="00EE5A74"/>
    <w:rsid w:val="00EE6725"/>
    <w:rsid w:val="00F266AE"/>
    <w:rsid w:val="00F27309"/>
    <w:rsid w:val="00FC693F"/>
    <w:rsid w:val="00FF70BE"/>
    <w:rsid w:val="01132A22"/>
    <w:rsid w:val="01148631"/>
    <w:rsid w:val="0118E82C"/>
    <w:rsid w:val="01921206"/>
    <w:rsid w:val="0369E326"/>
    <w:rsid w:val="03C38885"/>
    <w:rsid w:val="03D416EE"/>
    <w:rsid w:val="03E8FF2D"/>
    <w:rsid w:val="04170B56"/>
    <w:rsid w:val="04450434"/>
    <w:rsid w:val="04CB28DA"/>
    <w:rsid w:val="04FE6D9C"/>
    <w:rsid w:val="051C7252"/>
    <w:rsid w:val="055399AB"/>
    <w:rsid w:val="05E6CFC9"/>
    <w:rsid w:val="05EBC1D9"/>
    <w:rsid w:val="068E2656"/>
    <w:rsid w:val="0789D5D2"/>
    <w:rsid w:val="07997C4B"/>
    <w:rsid w:val="07B6BD4A"/>
    <w:rsid w:val="07CC9CC1"/>
    <w:rsid w:val="0813B8FC"/>
    <w:rsid w:val="0826E645"/>
    <w:rsid w:val="0854F547"/>
    <w:rsid w:val="08A3AB5B"/>
    <w:rsid w:val="08C09256"/>
    <w:rsid w:val="08D624F0"/>
    <w:rsid w:val="08E7284C"/>
    <w:rsid w:val="0AAA4A41"/>
    <w:rsid w:val="0BA7ACC9"/>
    <w:rsid w:val="0BC3774D"/>
    <w:rsid w:val="0BF724CB"/>
    <w:rsid w:val="0C011D11"/>
    <w:rsid w:val="0D3CAF21"/>
    <w:rsid w:val="0E29F889"/>
    <w:rsid w:val="0E39392F"/>
    <w:rsid w:val="0E7AC13E"/>
    <w:rsid w:val="0EDE7C86"/>
    <w:rsid w:val="0FD49415"/>
    <w:rsid w:val="1014AA52"/>
    <w:rsid w:val="10429E19"/>
    <w:rsid w:val="1088BDE8"/>
    <w:rsid w:val="1135584C"/>
    <w:rsid w:val="114689CC"/>
    <w:rsid w:val="1173833B"/>
    <w:rsid w:val="11F900A4"/>
    <w:rsid w:val="12C76E44"/>
    <w:rsid w:val="13118BD7"/>
    <w:rsid w:val="1354B199"/>
    <w:rsid w:val="13BD4E51"/>
    <w:rsid w:val="13EAEC53"/>
    <w:rsid w:val="14395EA9"/>
    <w:rsid w:val="14B91CEC"/>
    <w:rsid w:val="14CAAF0F"/>
    <w:rsid w:val="158AA54E"/>
    <w:rsid w:val="1592D3E2"/>
    <w:rsid w:val="162800F2"/>
    <w:rsid w:val="16EB6C8A"/>
    <w:rsid w:val="1783E977"/>
    <w:rsid w:val="18A4516B"/>
    <w:rsid w:val="18C99AD5"/>
    <w:rsid w:val="18EE34EA"/>
    <w:rsid w:val="190A88A5"/>
    <w:rsid w:val="19544861"/>
    <w:rsid w:val="196AA3DD"/>
    <w:rsid w:val="19AC802E"/>
    <w:rsid w:val="1A2111F8"/>
    <w:rsid w:val="1A9577DB"/>
    <w:rsid w:val="1ACEE3BD"/>
    <w:rsid w:val="1B094511"/>
    <w:rsid w:val="1BF1E9F5"/>
    <w:rsid w:val="1C269DA0"/>
    <w:rsid w:val="1C628A0C"/>
    <w:rsid w:val="1C90128E"/>
    <w:rsid w:val="1C942E8C"/>
    <w:rsid w:val="1CD0D654"/>
    <w:rsid w:val="1D946E19"/>
    <w:rsid w:val="1DB481C3"/>
    <w:rsid w:val="1DE9C6B5"/>
    <w:rsid w:val="1ED53996"/>
    <w:rsid w:val="1F304620"/>
    <w:rsid w:val="1F5FEF5D"/>
    <w:rsid w:val="1FE7A195"/>
    <w:rsid w:val="1FF1E2AC"/>
    <w:rsid w:val="206E36F1"/>
    <w:rsid w:val="207A2CED"/>
    <w:rsid w:val="209C7FD0"/>
    <w:rsid w:val="20C4D29F"/>
    <w:rsid w:val="20DB5456"/>
    <w:rsid w:val="20E7852B"/>
    <w:rsid w:val="20F4F583"/>
    <w:rsid w:val="21710E5C"/>
    <w:rsid w:val="21C531C9"/>
    <w:rsid w:val="21D9B08D"/>
    <w:rsid w:val="21DD211B"/>
    <w:rsid w:val="22100772"/>
    <w:rsid w:val="221583A8"/>
    <w:rsid w:val="22A4F5B2"/>
    <w:rsid w:val="22A5FBD4"/>
    <w:rsid w:val="233AEAAC"/>
    <w:rsid w:val="241DD230"/>
    <w:rsid w:val="24827657"/>
    <w:rsid w:val="259FAB46"/>
    <w:rsid w:val="25BEBE13"/>
    <w:rsid w:val="25F4E4CE"/>
    <w:rsid w:val="2634C454"/>
    <w:rsid w:val="267BB709"/>
    <w:rsid w:val="268303D4"/>
    <w:rsid w:val="268E55B4"/>
    <w:rsid w:val="26CF4988"/>
    <w:rsid w:val="274A6D5C"/>
    <w:rsid w:val="27611E08"/>
    <w:rsid w:val="276DBBDB"/>
    <w:rsid w:val="27849315"/>
    <w:rsid w:val="27D3D648"/>
    <w:rsid w:val="27E8D04C"/>
    <w:rsid w:val="2802988A"/>
    <w:rsid w:val="2836E2B7"/>
    <w:rsid w:val="28547344"/>
    <w:rsid w:val="28736B14"/>
    <w:rsid w:val="2903A92E"/>
    <w:rsid w:val="29233560"/>
    <w:rsid w:val="29957E78"/>
    <w:rsid w:val="2AACCD52"/>
    <w:rsid w:val="2B3B4F9A"/>
    <w:rsid w:val="2B60D602"/>
    <w:rsid w:val="2BE69083"/>
    <w:rsid w:val="2BF0121D"/>
    <w:rsid w:val="2CA78FB0"/>
    <w:rsid w:val="2CBD2777"/>
    <w:rsid w:val="2D270EE8"/>
    <w:rsid w:val="2D9EF59A"/>
    <w:rsid w:val="2DFFF1F6"/>
    <w:rsid w:val="2EAEDA4F"/>
    <w:rsid w:val="2ED839AF"/>
    <w:rsid w:val="3004711D"/>
    <w:rsid w:val="30EBCC94"/>
    <w:rsid w:val="31660B91"/>
    <w:rsid w:val="31A78B94"/>
    <w:rsid w:val="31DBE8EF"/>
    <w:rsid w:val="31FA8429"/>
    <w:rsid w:val="32084B8D"/>
    <w:rsid w:val="324F37EB"/>
    <w:rsid w:val="325688D3"/>
    <w:rsid w:val="326EBFDC"/>
    <w:rsid w:val="32774E2E"/>
    <w:rsid w:val="33088FB6"/>
    <w:rsid w:val="3324935D"/>
    <w:rsid w:val="33CDC1AC"/>
    <w:rsid w:val="33E8C0FB"/>
    <w:rsid w:val="33EDA4D4"/>
    <w:rsid w:val="33F24362"/>
    <w:rsid w:val="35B6DA40"/>
    <w:rsid w:val="35CCD762"/>
    <w:rsid w:val="35CE174C"/>
    <w:rsid w:val="360F8D60"/>
    <w:rsid w:val="36C15986"/>
    <w:rsid w:val="36E65269"/>
    <w:rsid w:val="36F316E9"/>
    <w:rsid w:val="373D15B7"/>
    <w:rsid w:val="375D33DC"/>
    <w:rsid w:val="37B5D7B8"/>
    <w:rsid w:val="37D300F7"/>
    <w:rsid w:val="37EE245A"/>
    <w:rsid w:val="38245E1F"/>
    <w:rsid w:val="386CF130"/>
    <w:rsid w:val="38BF115F"/>
    <w:rsid w:val="38D95565"/>
    <w:rsid w:val="38E41915"/>
    <w:rsid w:val="38FDBC77"/>
    <w:rsid w:val="39293004"/>
    <w:rsid w:val="397641E5"/>
    <w:rsid w:val="39AD63DB"/>
    <w:rsid w:val="3A181C40"/>
    <w:rsid w:val="3AB4AFCE"/>
    <w:rsid w:val="3B468726"/>
    <w:rsid w:val="3BE523D8"/>
    <w:rsid w:val="3C41CDEA"/>
    <w:rsid w:val="3CE9E261"/>
    <w:rsid w:val="3D7DF5CA"/>
    <w:rsid w:val="3DF882F6"/>
    <w:rsid w:val="3E38D258"/>
    <w:rsid w:val="3E9BA29D"/>
    <w:rsid w:val="3ED17F28"/>
    <w:rsid w:val="3EF59E5C"/>
    <w:rsid w:val="3F1722E9"/>
    <w:rsid w:val="3F22AC2D"/>
    <w:rsid w:val="3F66868E"/>
    <w:rsid w:val="3FF78235"/>
    <w:rsid w:val="4017EE8A"/>
    <w:rsid w:val="4083994C"/>
    <w:rsid w:val="40DD4814"/>
    <w:rsid w:val="413ED36A"/>
    <w:rsid w:val="414FA617"/>
    <w:rsid w:val="41F94EEA"/>
    <w:rsid w:val="4226B020"/>
    <w:rsid w:val="42373E7B"/>
    <w:rsid w:val="424B66DC"/>
    <w:rsid w:val="42972FAA"/>
    <w:rsid w:val="42E08C8A"/>
    <w:rsid w:val="438F4547"/>
    <w:rsid w:val="439E8891"/>
    <w:rsid w:val="440CE939"/>
    <w:rsid w:val="44F7CC59"/>
    <w:rsid w:val="44FB8831"/>
    <w:rsid w:val="4527210F"/>
    <w:rsid w:val="45C4ACB4"/>
    <w:rsid w:val="45EBD113"/>
    <w:rsid w:val="460DBCF3"/>
    <w:rsid w:val="461B14D7"/>
    <w:rsid w:val="463CD7E9"/>
    <w:rsid w:val="4653EDC5"/>
    <w:rsid w:val="4773278C"/>
    <w:rsid w:val="47F834E4"/>
    <w:rsid w:val="4810BA5A"/>
    <w:rsid w:val="4909507B"/>
    <w:rsid w:val="4A2EB687"/>
    <w:rsid w:val="4A6F55AA"/>
    <w:rsid w:val="4AB75D5D"/>
    <w:rsid w:val="4AC87276"/>
    <w:rsid w:val="4ADD4B79"/>
    <w:rsid w:val="4AE330F0"/>
    <w:rsid w:val="4B606A10"/>
    <w:rsid w:val="4B9B2018"/>
    <w:rsid w:val="4BD9901D"/>
    <w:rsid w:val="4BF8969B"/>
    <w:rsid w:val="4C260116"/>
    <w:rsid w:val="4C99B3CA"/>
    <w:rsid w:val="4D25E69F"/>
    <w:rsid w:val="4D94B134"/>
    <w:rsid w:val="4DF9CA0C"/>
    <w:rsid w:val="4E5D4560"/>
    <w:rsid w:val="4E7D6887"/>
    <w:rsid w:val="4F075B8B"/>
    <w:rsid w:val="4F2E5EB1"/>
    <w:rsid w:val="4F4EBDD8"/>
    <w:rsid w:val="4FA19F93"/>
    <w:rsid w:val="4FFDEB98"/>
    <w:rsid w:val="50479011"/>
    <w:rsid w:val="508E2B5C"/>
    <w:rsid w:val="50F28A61"/>
    <w:rsid w:val="5173CB1D"/>
    <w:rsid w:val="51E1D697"/>
    <w:rsid w:val="52707BE5"/>
    <w:rsid w:val="531790D6"/>
    <w:rsid w:val="534D1345"/>
    <w:rsid w:val="5361EC15"/>
    <w:rsid w:val="53CC7451"/>
    <w:rsid w:val="53E787BD"/>
    <w:rsid w:val="5456FC02"/>
    <w:rsid w:val="54C634D2"/>
    <w:rsid w:val="54E176E7"/>
    <w:rsid w:val="54ECE9B9"/>
    <w:rsid w:val="54FEC667"/>
    <w:rsid w:val="54FEF1BD"/>
    <w:rsid w:val="5524A67A"/>
    <w:rsid w:val="55907998"/>
    <w:rsid w:val="55BDC31F"/>
    <w:rsid w:val="5656C5C0"/>
    <w:rsid w:val="5663EB48"/>
    <w:rsid w:val="5672E03F"/>
    <w:rsid w:val="56CBD88D"/>
    <w:rsid w:val="573DB32C"/>
    <w:rsid w:val="5793CB89"/>
    <w:rsid w:val="57CBF1B8"/>
    <w:rsid w:val="58867982"/>
    <w:rsid w:val="58BBDD0A"/>
    <w:rsid w:val="5953A24F"/>
    <w:rsid w:val="598C0F21"/>
    <w:rsid w:val="59DAAC96"/>
    <w:rsid w:val="59E72D4C"/>
    <w:rsid w:val="5A19EB35"/>
    <w:rsid w:val="5A1E5C2A"/>
    <w:rsid w:val="5A7C339E"/>
    <w:rsid w:val="5ACDA742"/>
    <w:rsid w:val="5AD0740E"/>
    <w:rsid w:val="5B3AC05F"/>
    <w:rsid w:val="5BB547E6"/>
    <w:rsid w:val="5BCC34EC"/>
    <w:rsid w:val="5BD2D597"/>
    <w:rsid w:val="5BF209F8"/>
    <w:rsid w:val="5C15E869"/>
    <w:rsid w:val="5C2F2642"/>
    <w:rsid w:val="5C3FC354"/>
    <w:rsid w:val="5C6AE2E0"/>
    <w:rsid w:val="5C7F21A3"/>
    <w:rsid w:val="5D583706"/>
    <w:rsid w:val="5D726DF2"/>
    <w:rsid w:val="5DBCC863"/>
    <w:rsid w:val="5DED8502"/>
    <w:rsid w:val="5DFB73F1"/>
    <w:rsid w:val="5E7C989A"/>
    <w:rsid w:val="5EA618F3"/>
    <w:rsid w:val="5EE38FAC"/>
    <w:rsid w:val="5F7E2AE3"/>
    <w:rsid w:val="604282B6"/>
    <w:rsid w:val="614B1965"/>
    <w:rsid w:val="6167CBCB"/>
    <w:rsid w:val="619FD341"/>
    <w:rsid w:val="627C52EE"/>
    <w:rsid w:val="6349C704"/>
    <w:rsid w:val="636245DB"/>
    <w:rsid w:val="639C5405"/>
    <w:rsid w:val="643FBA4A"/>
    <w:rsid w:val="645589D3"/>
    <w:rsid w:val="645EE3BD"/>
    <w:rsid w:val="6504809F"/>
    <w:rsid w:val="654A4D98"/>
    <w:rsid w:val="655C54EF"/>
    <w:rsid w:val="657A290B"/>
    <w:rsid w:val="65DFD6EB"/>
    <w:rsid w:val="665B6029"/>
    <w:rsid w:val="66BA6B27"/>
    <w:rsid w:val="6777BFE8"/>
    <w:rsid w:val="67CCE07D"/>
    <w:rsid w:val="68B9772F"/>
    <w:rsid w:val="69BDAC49"/>
    <w:rsid w:val="69DB5C2D"/>
    <w:rsid w:val="6A3201B3"/>
    <w:rsid w:val="6A3F864C"/>
    <w:rsid w:val="6AE3A617"/>
    <w:rsid w:val="6AF550AF"/>
    <w:rsid w:val="6B5159CC"/>
    <w:rsid w:val="6B78A6B7"/>
    <w:rsid w:val="6BBF282A"/>
    <w:rsid w:val="6BED3FD0"/>
    <w:rsid w:val="6C2F6E6A"/>
    <w:rsid w:val="6CC0ED71"/>
    <w:rsid w:val="6D9259D8"/>
    <w:rsid w:val="6DA45549"/>
    <w:rsid w:val="6DEBBC52"/>
    <w:rsid w:val="6E2EDA1B"/>
    <w:rsid w:val="6E9C9D60"/>
    <w:rsid w:val="6F03DB2D"/>
    <w:rsid w:val="6F15F853"/>
    <w:rsid w:val="6F4F438F"/>
    <w:rsid w:val="6F84510D"/>
    <w:rsid w:val="6FA01B19"/>
    <w:rsid w:val="705FDD03"/>
    <w:rsid w:val="709D6DB8"/>
    <w:rsid w:val="70C675F2"/>
    <w:rsid w:val="70EFCAD8"/>
    <w:rsid w:val="7124DC09"/>
    <w:rsid w:val="71EF7AE4"/>
    <w:rsid w:val="721FA1B6"/>
    <w:rsid w:val="72365A9C"/>
    <w:rsid w:val="72475813"/>
    <w:rsid w:val="7290BC68"/>
    <w:rsid w:val="72F1398A"/>
    <w:rsid w:val="738157C4"/>
    <w:rsid w:val="73B2A3C3"/>
    <w:rsid w:val="73BD6E37"/>
    <w:rsid w:val="73F7761B"/>
    <w:rsid w:val="7450064D"/>
    <w:rsid w:val="74E1855E"/>
    <w:rsid w:val="75005E25"/>
    <w:rsid w:val="755FCEEC"/>
    <w:rsid w:val="759570E0"/>
    <w:rsid w:val="75C27FBF"/>
    <w:rsid w:val="76141867"/>
    <w:rsid w:val="7688B1D5"/>
    <w:rsid w:val="76BC8530"/>
    <w:rsid w:val="776F5417"/>
    <w:rsid w:val="782368DC"/>
    <w:rsid w:val="784FD602"/>
    <w:rsid w:val="791DE8F4"/>
    <w:rsid w:val="79BF6320"/>
    <w:rsid w:val="79CBA9F9"/>
    <w:rsid w:val="79CBF1E6"/>
    <w:rsid w:val="79F8696A"/>
    <w:rsid w:val="7ADED0BF"/>
    <w:rsid w:val="7B26BE2B"/>
    <w:rsid w:val="7B5C9C3E"/>
    <w:rsid w:val="7B604DE2"/>
    <w:rsid w:val="7B727CFF"/>
    <w:rsid w:val="7BAFC7ED"/>
    <w:rsid w:val="7BC18629"/>
    <w:rsid w:val="7C920792"/>
    <w:rsid w:val="7CFAD7B3"/>
    <w:rsid w:val="7D1B8A29"/>
    <w:rsid w:val="7D394FFC"/>
    <w:rsid w:val="7D8625C0"/>
    <w:rsid w:val="7D94BE45"/>
    <w:rsid w:val="7DAFA18F"/>
    <w:rsid w:val="7DCF3FC9"/>
    <w:rsid w:val="7DE53B68"/>
    <w:rsid w:val="7E619844"/>
    <w:rsid w:val="7F2C0D66"/>
    <w:rsid w:val="7FFD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11E89D"/>
  <w14:defaultImageDpi w14:val="300"/>
  <w15:docId w15:val="{4E7491F7-40E7-4288-A3D5-9A816856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styleId="EncabezadoCar" w:customStyle="1">
    <w:name w:val="Encabezado Car"/>
    <w:link w:val="Encabezado"/>
    <w:uiPriority w:val="99"/>
    <w:rsid w:val="051C7252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styleId="PiedepginaCar" w:customStyle="1">
    <w:name w:val="Pie de página Car"/>
    <w:link w:val="Piedepgina"/>
    <w:uiPriority w:val="99"/>
    <w:rsid w:val="051C7252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styleId="Ttulo1Car" w:customStyle="1">
    <w:name w:val="Título 1 Car"/>
    <w:link w:val="Ttulo1"/>
    <w:uiPriority w:val="9"/>
    <w:rsid w:val="051C725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ítulo 2 Car"/>
    <w:link w:val="Ttulo2"/>
    <w:uiPriority w:val="9"/>
    <w:rsid w:val="051C725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tulo3Car" w:customStyle="1">
    <w:name w:val="Título 3 Car"/>
    <w:link w:val="Ttulo3"/>
    <w:uiPriority w:val="9"/>
    <w:rsid w:val="051C7252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ítulo Car"/>
    <w:link w:val="Ttulo"/>
    <w:uiPriority w:val="10"/>
    <w:rsid w:val="051C7252"/>
    <w:rPr>
      <w:rFonts w:asciiTheme="majorHAnsi" w:hAnsiTheme="majorHAnsi" w:eastAsiaTheme="majorEastAsia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ar" w:customStyle="1">
    <w:name w:val="Subtítulo Car"/>
    <w:link w:val="Subttulo"/>
    <w:uiPriority w:val="11"/>
    <w:rsid w:val="051C7252"/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rsid w:val="051C7252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styleId="Textoindependiente2Car" w:customStyle="1">
    <w:name w:val="Texto independiente 2 Car"/>
    <w:link w:val="Textoindependiente2"/>
    <w:uiPriority w:val="99"/>
    <w:rsid w:val="051C7252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link w:val="Textoindependiente3"/>
    <w:uiPriority w:val="99"/>
    <w:rsid w:val="051C7252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macroCar" w:customStyle="1">
    <w:name w:val="Texto macro Car"/>
    <w:link w:val="Textomacro"/>
    <w:uiPriority w:val="99"/>
    <w:rsid w:val="051C7252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styleId="CitaCar" w:customStyle="1">
    <w:name w:val="Cita Car"/>
    <w:link w:val="Cita"/>
    <w:uiPriority w:val="29"/>
    <w:rsid w:val="051C7252"/>
    <w:rPr>
      <w:i/>
      <w:iCs/>
      <w:color w:val="000000" w:themeColor="text1"/>
    </w:rPr>
  </w:style>
  <w:style w:type="character" w:styleId="Ttulo4Car" w:customStyle="1">
    <w:name w:val="Título 4 Car"/>
    <w:link w:val="Ttulo4"/>
    <w:uiPriority w:val="9"/>
    <w:semiHidden/>
    <w:rsid w:val="051C7252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tulo5Car" w:customStyle="1">
    <w:name w:val="Título 5 Car"/>
    <w:link w:val="Ttulo5"/>
    <w:uiPriority w:val="9"/>
    <w:semiHidden/>
    <w:rsid w:val="051C7252"/>
    <w:rPr>
      <w:rFonts w:asciiTheme="majorHAnsi" w:hAnsiTheme="majorHAnsi" w:eastAsiaTheme="majorEastAsia" w:cstheme="majorBidi"/>
      <w:color w:val="243F60"/>
    </w:rPr>
  </w:style>
  <w:style w:type="character" w:styleId="Ttulo6Car" w:customStyle="1">
    <w:name w:val="Título 6 Car"/>
    <w:link w:val="Ttulo6"/>
    <w:uiPriority w:val="9"/>
    <w:semiHidden/>
    <w:rsid w:val="051C7252"/>
    <w:rPr>
      <w:rFonts w:asciiTheme="majorHAnsi" w:hAnsiTheme="majorHAnsi" w:eastAsiaTheme="majorEastAsia" w:cstheme="majorBidi"/>
      <w:i/>
      <w:iCs/>
      <w:color w:val="243F60"/>
    </w:rPr>
  </w:style>
  <w:style w:type="character" w:styleId="Ttulo7Car" w:customStyle="1">
    <w:name w:val="Título 7 Car"/>
    <w:link w:val="Ttulo7"/>
    <w:uiPriority w:val="9"/>
    <w:semiHidden/>
    <w:rsid w:val="051C7252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tulo8Car" w:customStyle="1">
    <w:name w:val="Título 8 Car"/>
    <w:link w:val="Ttulo8"/>
    <w:uiPriority w:val="9"/>
    <w:semiHidden/>
    <w:rsid w:val="051C7252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tulo9Car" w:customStyle="1">
    <w:name w:val="Título 9 Car"/>
    <w:link w:val="Ttulo9"/>
    <w:uiPriority w:val="9"/>
    <w:semiHidden/>
    <w:rsid w:val="051C725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uiPriority w:val="22"/>
    <w:qFormat/>
    <w:rsid w:val="051C7252"/>
    <w:rPr>
      <w:b/>
      <w:bCs/>
    </w:rPr>
  </w:style>
  <w:style w:type="character" w:styleId="nfasis">
    <w:name w:val="Emphasis"/>
    <w:uiPriority w:val="20"/>
    <w:qFormat/>
    <w:rsid w:val="051C7252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destacadaCar" w:customStyle="1">
    <w:name w:val="Cita destacada Car"/>
    <w:link w:val="Citadestacada"/>
    <w:uiPriority w:val="30"/>
    <w:rsid w:val="051C7252"/>
    <w:rPr>
      <w:b/>
      <w:bCs/>
      <w:i/>
      <w:iCs/>
      <w:color w:val="4F81BD" w:themeColor="accent1"/>
    </w:rPr>
  </w:style>
  <w:style w:type="character" w:styleId="nfasissutil">
    <w:name w:val="Subtle Emphasis"/>
    <w:uiPriority w:val="19"/>
    <w:qFormat/>
    <w:rsid w:val="051C7252"/>
    <w:rPr>
      <w:i/>
      <w:iCs/>
      <w:color w:val="808080" w:themeColor="background1" w:themeShade="80"/>
    </w:rPr>
  </w:style>
  <w:style w:type="character" w:styleId="nfasisintenso">
    <w:name w:val="Intense Emphasis"/>
    <w:uiPriority w:val="21"/>
    <w:qFormat/>
    <w:rsid w:val="051C7252"/>
    <w:rPr>
      <w:b/>
      <w:bCs/>
      <w:i/>
      <w:iCs/>
      <w:color w:val="4F81BD" w:themeColor="accent1"/>
    </w:rPr>
  </w:style>
  <w:style w:type="character" w:styleId="Referenciasutil">
    <w:name w:val="Subtle Reference"/>
    <w:uiPriority w:val="31"/>
    <w:qFormat/>
    <w:rsid w:val="051C7252"/>
    <w:rPr>
      <w:smallCaps/>
      <w:color w:val="C0504D" w:themeColor="accent2"/>
      <w:u w:val="single"/>
    </w:rPr>
  </w:style>
  <w:style w:type="character" w:styleId="Referenciaintensa">
    <w:name w:val="Intense Reference"/>
    <w:uiPriority w:val="32"/>
    <w:qFormat/>
    <w:rsid w:val="051C7252"/>
    <w:rPr>
      <w:b/>
      <w:bCs/>
      <w:smallCaps/>
      <w:color w:val="C0504D" w:themeColor="accent2"/>
      <w:u w:val="single"/>
    </w:rPr>
  </w:style>
  <w:style w:type="character" w:styleId="Ttulodellibro">
    <w:name w:val="Book Title"/>
    <w:uiPriority w:val="33"/>
    <w:qFormat/>
    <w:rsid w:val="051C7252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uiPriority w:val="99"/>
    <w:unhideWhenUsed/>
    <w:rsid w:val="051C72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46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8CE6A6-CF82-4EE6-9099-E0622B6A023F}"/>
</file>

<file path=customXml/itemProps2.xml><?xml version="1.0" encoding="utf-8"?>
<ds:datastoreItem xmlns:ds="http://schemas.openxmlformats.org/officeDocument/2006/customXml" ds:itemID="{AB5DDCF5-50B0-45CA-913C-A7CAF9273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3968A-C8C5-4151-B20D-CB0E1E7E61B4}">
  <ds:schemaRefs>
    <ds:schemaRef ds:uri="http://schemas.microsoft.com/office/2006/metadata/properties"/>
    <ds:schemaRef ds:uri="http://schemas.microsoft.com/office/infopath/2007/PartnerControls"/>
    <ds:schemaRef ds:uri="c364e8a6-78a7-4f47-af5c-94187819cc5c"/>
    <ds:schemaRef ds:uri="dd68ab26-392b-4d6a-8fec-cf86551b0139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Caren Filomena Aguilera Silva</lastModifiedBy>
  <revision>7</revision>
  <dcterms:created xsi:type="dcterms:W3CDTF">2026-08-12T18:52:00.0000000Z</dcterms:created>
  <dcterms:modified xsi:type="dcterms:W3CDTF">2026-08-20T15:54:52.2760659Z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0x0101006CA7EE396CFEBA438FD8AFFC2C3D0FB1</vt:lpwstr>
  </property>
  <property fmtid="{D5CDD505-2E9C-101B-9397-08002B2CF9AE}" pid="3" name="MediaServiceImageTags">
    <vt:lpwstr/>
  </property>
</Properties>
</file>